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Salerno, Campania,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Southern Italy's most underrated cruise stop — the Amalfi Coast without the chaos. Salerno pairs a medieval old town with ferry access to Positano and Amalfi, fast trains to Pompeii, and a futuristic terminal designed by Zaha Hadid.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8–10 hrs · 💶 Currency: Euro · 🗣️ Italian (some English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Molo Manfredi, Zaha Hadid Stazione Marittima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to historic center; 5 min to seafront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Amalfi Coast day trips, Pompeii, Greek temples at Paestum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Cathedral crypt of St Matthew &amp; ferry to Amalfi — skip the bus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€8–€10 — Taxis are available at the port exit and take about 9–10 minutes to reach the city center. Metered fares are regulated.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Amalfi Coast by Ferry — </w:t>
      </w:r>
      <w:r>
        <w:rPr>
          <w:rFonts w:ascii="Arial" w:hAnsi="Arial" w:cs="Arial"/>
          <w:b w:val="0"/>
          <w:i w:val="0"/>
          <w:sz w:val="20"/>
        </w:rPr>
        <w:t>Walk to the ferry dock and hop a Travelmar hydrofoil to Amalfi (35 min) and optionally continue to Positano (70 min).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Pompeii by Train — </w:t>
      </w:r>
      <w:r>
        <w:rPr>
          <w:rFonts w:ascii="Arial" w:hAnsi="Arial" w:cs="Arial"/>
          <w:b w:val="0"/>
          <w:i w:val="0"/>
          <w:sz w:val="20"/>
        </w:rPr>
        <w:t>Board a direct train from Salerno Centrale (35–40 min) to the Pompeii Scavi station.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Paestum Greek Temples — </w:t>
      </w:r>
      <w:r>
        <w:rPr>
          <w:rFonts w:ascii="Arial" w:hAnsi="Arial" w:cs="Arial"/>
          <w:b w:val="0"/>
          <w:i w:val="0"/>
          <w:sz w:val="20"/>
        </w:rPr>
        <w:t>Three of the world's best-preserved ancient Greek temples sit 30 minutes south of Salerno by train — far less crowded than…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Salerno Historic Center Walk — </w:t>
      </w:r>
      <w:r>
        <w:rPr>
          <w:rFonts w:ascii="Arial" w:hAnsi="Arial" w:cs="Arial"/>
          <w:b w:val="0"/>
          <w:i w:val="0"/>
          <w:sz w:val="20"/>
        </w:rPr>
        <w:t>Explore the medieval Duomo di Salerno (crypt of St Matthew, remarkable Baroque frescoes), wander Via dei Mercanti, and climb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Vietri sul Mare &amp; Ceramics — </w:t>
      </w:r>
      <w:r>
        <w:rPr>
          <w:rFonts w:ascii="Arial" w:hAnsi="Arial" w:cs="Arial"/>
          <w:b w:val="0"/>
          <w:i w:val="0"/>
          <w:sz w:val="20"/>
        </w:rPr>
        <w:t>A 10-minute taxi or train ride west brings you to Vietri sul Mare, the gateway town of the Amalfi Coast famous for its vivid…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Lungomare to Duomo &amp; Old Town: </w:t>
      </w:r>
      <w:r>
        <w:rPr>
          <w:rFonts w:ascii="Arial" w:hAnsi="Arial" w:cs="Arial"/>
          <w:b w:val="0"/>
          <w:i w:val="0"/>
          <w:sz w:val="20"/>
        </w:rPr>
        <w:t>3.5 km round trip · Flat · 90 min — From the Stazione Marittima, walk the Lungomare Trieste seafront promenade past Villa Comunale…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Giardino della Minerva &amp; Castle View: </w:t>
      </w:r>
      <w:r>
        <w:rPr>
          <w:rFonts w:ascii="Arial" w:hAnsi="Arial" w:cs="Arial"/>
          <w:b w:val="0"/>
          <w:i w:val="0"/>
          <w:sz w:val="20"/>
        </w:rPr>
        <w:t>1.5 km one-way · Moderate uphill · 1 hr — From the Duomo, climb through medieval alleyways to the Giardino della Minerva (~€3), Europe's…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5:44AM–8:10PM · Jul 5:42AM–8:30PM · Sep 6:41AM–7:09PM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cruiseports.org/salerno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Salerno, Campania,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lern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 of the Nativity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Santa Maria ad Martyres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Provincial Art Gallery of Salerno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Provincial Archaeological Museum of Salerno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Diocesan Museum of San Matteo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Area Archeologica Etrusco-Sannitica di Fratte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Medieval Aqueduct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