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 Blas Islands, Guna Yala, Panama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Some 365 islands strung along Panama's Caribbean coast, governed entirely by the indigenous Guna people — no cruise piers, no chain hotels, no ATMs, just postcard-perfect white sand and turquoise water the way the Caribbean used to look.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6–8 hrs · 💵 USD cash only · 🗣️ Guna /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offshore; 15–30 min ride to landing island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5–15 min across any given island (they're tiny)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 days, Guna culture, mola shopping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Isla Perro shipwreck snorkel and a fresh lobster lunch on the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 Perro Shipwreck Snorkel — </w:t>
      </w:r>
      <w:r>
        <w:rPr>
          <w:rFonts w:ascii="Arial" w:hAnsi="Arial" w:cs="Arial"/>
          <w:b w:val="0"/>
          <w:i w:val="0"/>
          <w:sz w:val="20"/>
        </w:rPr>
        <w:t>A 1940s cargo ship rests in the shallows off Isla Perro, now encrusted with coral and swarming with tropical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Natural Pools (Piscina Natural) — </w:t>
      </w:r>
      <w:r>
        <w:rPr>
          <w:rFonts w:ascii="Arial" w:hAnsi="Arial" w:cs="Arial"/>
          <w:b w:val="0"/>
          <w:i w:val="0"/>
          <w:sz w:val="20"/>
        </w:rPr>
        <w:t>Shallow sandbars rise from open water creating waist-deep turquoise pools — you boat out and step into the middle of the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Guna Village Walk &amp; Mola Shopping — </w:t>
      </w:r>
      <w:r>
        <w:rPr>
          <w:rFonts w:ascii="Arial" w:hAnsi="Arial" w:cs="Arial"/>
          <w:b w:val="0"/>
          <w:i w:val="0"/>
          <w:sz w:val="20"/>
        </w:rPr>
        <w:t>Walk through a traditional Guna village — bamboo chozas, hammocks, dugout canoes — and buy molas directly from the women who sew…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Island-Hopping Lancha Charter — </w:t>
      </w:r>
      <w:r>
        <w:rPr>
          <w:rFonts w:ascii="Arial" w:hAnsi="Arial" w:cs="Arial"/>
          <w:b w:val="0"/>
          <w:i w:val="0"/>
          <w:sz w:val="20"/>
        </w:rPr>
        <w:t>Hire a Guna motorized canoe to visit three or four islands in a day — Isla Pelícano, Isla Diablo, Chichime — each with its 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Reef Snorkel at Chichime — </w:t>
      </w:r>
      <w:r>
        <w:rPr>
          <w:rFonts w:ascii="Arial" w:hAnsi="Arial" w:cs="Arial"/>
          <w:b w:val="0"/>
          <w:i w:val="0"/>
          <w:sz w:val="20"/>
        </w:rPr>
        <w:t>The reef around Chichime cay is one of Guna Yala's healthiest, with visibility often exceeding 25 metres.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Porvenir Village Stroll: </w:t>
      </w:r>
      <w:r>
        <w:rPr>
          <w:rFonts w:ascii="Arial" w:hAnsi="Arial" w:cs="Arial"/>
          <w:b w:val="0"/>
          <w:i w:val="0"/>
          <w:sz w:val="20"/>
        </w:rPr>
        <w:t>~15 min • Flat sand • Cultural — Walk the full perimeter of Isla El Porvenir, Panama's Guna Yala administrative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Nalunega Beach Walk: </w:t>
      </w:r>
      <w:r>
        <w:rPr>
          <w:rFonts w:ascii="Arial" w:hAnsi="Arial" w:cs="Arial"/>
          <w:b w:val="0"/>
          <w:i w:val="0"/>
          <w:sz w:val="20"/>
        </w:rPr>
        <w:t>~10 min • White sand • Easy — Stroll the beach fringe of Isla Nalunega, one of the most visited Guna communities.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5:55AM–6:28PM · Jul 6:03AM–6:40PM · Sep 6:05AM–6:15PM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cruiseports.org/san-blas-islands-panama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 Blas Islands, Guna Yala, Panama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-blas-islands-pana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Isla Diablo (Cabañas Niadub)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Nugnudub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Achudub Dummad ,Perro Grande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