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 Cristobal Island, Galapagos,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Charles Darwin first set foot in the Galapagos, sea lions sleep on park benches and marine iguanas sun themselves on the pier — wildlife doesn't just live here, it owns the place.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6–9 hrs · 💵 US Dollar (USD) · 🗣️ Spanish (English widely spoken) · 🦭 Wildlife-rich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Shipwreck Bay (Bahía Naufragio)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tender pier to waterfront; town fully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encounters, snorkeling, Darwin history, tortoise viewing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Kicker Rock (Leόn Dormido) snorkel tour and Cerro Tijeretas frigatebird hill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$2–$4 per ride — White pickup trucks serve as taxis around town and to nearby sites. Fares are low and mostly standardized; always confir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Kicker Rock (León Dormido) Snorkel Tour — </w:t>
      </w:r>
      <w:r>
        <w:rPr>
          <w:rFonts w:ascii="Arial" w:hAnsi="Arial" w:cs="Arial"/>
          <w:b w:val="0"/>
          <w:i w:val="0"/>
          <w:sz w:val="20"/>
        </w:rPr>
        <w:t>The island's signature excursion.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Cerro Tijeretas (Frigatebird Hill) Walk — </w:t>
      </w:r>
      <w:r>
        <w:rPr>
          <w:rFonts w:ascii="Arial" w:hAnsi="Arial" w:cs="Arial"/>
          <w:b w:val="0"/>
          <w:i w:val="0"/>
          <w:sz w:val="20"/>
        </w:rPr>
        <w:t>A paved trail from the Interpretation Center climbs to a hilltop where both Magnificent and Great Frigatebirds nest side by side.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Galapaguera de Cerro Colorado — Giant Tortoise Reserve — </w:t>
      </w:r>
      <w:r>
        <w:rPr>
          <w:rFonts w:ascii="Arial" w:hAnsi="Arial" w:cs="Arial"/>
          <w:b w:val="0"/>
          <w:i w:val="0"/>
          <w:sz w:val="20"/>
        </w:rPr>
        <w:t>A semi-natural breeding center in the highlands, about 35 minutes by taxi, where you can see the endangered San Cristobal Giant…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Junco Lagoon &amp; Highlands Tour — </w:t>
      </w:r>
      <w:r>
        <w:rPr>
          <w:rFonts w:ascii="Arial" w:hAnsi="Arial" w:cs="Arial"/>
          <w:b w:val="0"/>
          <w:i w:val="0"/>
          <w:sz w:val="20"/>
        </w:rPr>
        <w:t>The only permanent freshwater lake in the Galapagos sits in a volcanic caldera in the highlands.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Lobos Sea Lion &amp; Booby Snorkel — </w:t>
      </w:r>
      <w:r>
        <w:rPr>
          <w:rFonts w:ascii="Arial" w:hAnsi="Arial" w:cs="Arial"/>
          <w:b w:val="0"/>
          <w:i w:val="0"/>
          <w:sz w:val="20"/>
        </w:rPr>
        <w:t>A short boat hop to a small islet where Blue-footed Boobies nest close to the trail and a large sea lion colony invites…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Malecón to Playa Mann: </w:t>
      </w:r>
      <w:r>
        <w:rPr>
          <w:rFonts w:ascii="Arial" w:hAnsi="Arial" w:cs="Arial"/>
          <w:b w:val="0"/>
          <w:i w:val="0"/>
          <w:sz w:val="20"/>
        </w:rPr>
        <w:t>1.2 km · 15 min · Easy — Walk the waterfront Malecón (Avenida Charles Darwin) north from the pier, past sea-lion-occupied…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to Cerro Tijeretas via Interpretation Center: </w:t>
      </w:r>
      <w:r>
        <w:rPr>
          <w:rFonts w:ascii="Arial" w:hAnsi="Arial" w:cs="Arial"/>
          <w:b w:val="0"/>
          <w:i w:val="0"/>
          <w:sz w:val="20"/>
        </w:rPr>
        <w:t>2.5 km · 40 min · Easy–Moderate — Head north along the waterfront, past the Interpretation Center (free, worth a stop), and continue…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5:52AM–5:56PM · Jul 6:02AM–6:06PM · Sep 5:50AM–5:56PM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cruiseports.org/san-cristobal-island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 Cristobal Island, Galapagos, Ecuador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-cristobal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Galapaguera de Cerro Colorado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Mirador Cerro Tijeretas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