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Sebastian de la Gomera, La Gomera,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last port Columbus touched before America — a sleepy volcanic island capital where laurel forests drip in mist, locals whistle across ravines, and the pier drops you five minutes from 500-year-old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💶 Currency: Euro (€) · 🗣️ Language: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Dique de San Sebastián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Plaza de las Américas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Columbus history, UNESCO rainforest, volcanic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Torre del Conde, Garajonay National Park, Silbo demo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~€3–4 — Taxis are available at the port. The ride to town is very short; meter starts at €3.50 plus €1.10/km. Agree on fare in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Columbus Trail: Torre del Conde &amp; Casa de Colón — </w:t>
      </w:r>
      <w:r>
        <w:rPr>
          <w:rFonts w:ascii="Arial" w:hAnsi="Arial" w:cs="Arial"/>
          <w:b w:val="0"/>
          <w:i w:val="0"/>
          <w:sz w:val="20"/>
        </w:rPr>
        <w:t>The 15th-century Torre del Conde is the oldest military building in the Canary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Garajonay National Park — </w:t>
      </w:r>
      <w:r>
        <w:rPr>
          <w:rFonts w:ascii="Arial" w:hAnsi="Arial" w:cs="Arial"/>
          <w:b w:val="0"/>
          <w:i w:val="0"/>
          <w:sz w:val="20"/>
        </w:rPr>
        <w:t>A UNESCO World Heritage laurisilva forest — prehistoric laurel trees draped in mist at the island's volcanic heart.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Silbo Gomero — The Whistled Language — </w:t>
      </w:r>
      <w:r>
        <w:rPr>
          <w:rFonts w:ascii="Arial" w:hAnsi="Arial" w:cs="Arial"/>
          <w:b w:val="0"/>
          <w:i w:val="0"/>
          <w:sz w:val="20"/>
        </w:rPr>
        <w:t>La Gomera is the only place on Earth where an entire population communicates by whistling.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Sand Beaches — </w:t>
      </w:r>
      <w:r>
        <w:rPr>
          <w:rFonts w:ascii="Arial" w:hAnsi="Arial" w:cs="Arial"/>
          <w:b w:val="0"/>
          <w:i w:val="0"/>
          <w:sz w:val="20"/>
        </w:rPr>
        <w:t>Playa de San Sebastián sits a 5-minute walk left of the pier — calm, protected harbour swimming with showers.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Mirador de Abrante Glass Skywalk — </w:t>
      </w:r>
      <w:r>
        <w:rPr>
          <w:rFonts w:ascii="Arial" w:hAnsi="Arial" w:cs="Arial"/>
          <w:b w:val="0"/>
          <w:i w:val="0"/>
          <w:sz w:val="20"/>
        </w:rPr>
        <w:t>A glass-bottomed viewing platform hanging 400 metres above the cliffs near Agulo, with sweeping views over the village and across…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Columbus Quarter Loop: </w:t>
      </w:r>
      <w:r>
        <w:rPr>
          <w:rFonts w:ascii="Arial" w:hAnsi="Arial" w:cs="Arial"/>
          <w:b w:val="0"/>
          <w:i w:val="0"/>
          <w:sz w:val="20"/>
        </w:rPr>
        <w:t>45 min · Easy · Flat — Hit all the historic landmarks in one easy loop from the pier: Torre del Conde park → Iglesia de 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Playa de la Cueva: </w:t>
      </w:r>
      <w:r>
        <w:rPr>
          <w:rFonts w:ascii="Arial" w:hAnsi="Arial" w:cs="Arial"/>
          <w:b w:val="0"/>
          <w:i w:val="0"/>
          <w:sz w:val="20"/>
        </w:rPr>
        <w:t>20 min · Easy · Paved — Follow the promenade right from the port past the ferry terminal, through a short pedestrian tunnel…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7:18AM–8:51PM · Jul 7:22AM–9:06PM · Sep 7:53AM–8:12PM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cruiseports.org/san-sebastian-de-la-gomera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Sebastian de la Gomera, La Gomera,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sebastian-de-la-gome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Nacional de Garajonay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Colón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Gomera Walking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La Gomera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 Conde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de la Hila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