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Catalina Island,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Twenty-two miles from the Los Angeles coast, Avalon is California's quirky island getaway — golf carts, wild bison, Art Deco splendor, and sea-clear water that turns neon orange with Garibaldi fish.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USD · 🗣️ English · 🚗 No rental cars — golf carts rule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Cabrillo Mole pier, Avalon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0.3 mi / 5-10 min along flat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clubs, golf-cart exploring, Old Hollywood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Catalina Casino tour &amp; Buffalo Milk cocktail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$6–$15 — White 7-passenger vans meet arriving tenders at the pier. Fares start at $5.95 with a $3 road fee; call 310-510-0025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Catalina Casino Historic Tour — </w:t>
      </w:r>
      <w:r>
        <w:rPr>
          <w:rFonts w:ascii="Arial" w:hAnsi="Arial" w:cs="Arial"/>
          <w:b w:val="0"/>
          <w:i w:val="0"/>
          <w:sz w:val="20"/>
        </w:rPr>
        <w:t>The 1929 Art Deco Casino (a gathering place, not a gambling hall) houses the world's largest circular ballroom and a 1,184-seat…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Exploration — </w:t>
      </w:r>
      <w:r>
        <w:rPr>
          <w:rFonts w:ascii="Arial" w:hAnsi="Arial" w:cs="Arial"/>
          <w:b w:val="0"/>
          <w:i w:val="0"/>
          <w:sz w:val="20"/>
        </w:rPr>
        <w:t>Rent a golf cart and follow the provided map up to Buena Vista Scenic Overlook for postcard views of your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Bison Inland Expedition — </w:t>
      </w:r>
      <w:r>
        <w:rPr>
          <w:rFonts w:ascii="Arial" w:hAnsi="Arial" w:cs="Arial"/>
          <w:b w:val="0"/>
          <w:i w:val="0"/>
          <w:sz w:val="20"/>
        </w:rPr>
        <w:t>A herd of ~150 American bison roams Catalina's rugged interior — stranded since 1924 when a Hollywood film crew left them behind.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Boat / Semi-Sub Tour — </w:t>
      </w:r>
      <w:r>
        <w:rPr>
          <w:rFonts w:ascii="Arial" w:hAnsi="Arial" w:cs="Arial"/>
          <w:b w:val="0"/>
          <w:i w:val="0"/>
          <w:sz w:val="20"/>
        </w:rPr>
        <w:t>Explore the Lovers Cove Marine Preserve without getting wet.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Descanso Beach Club — </w:t>
      </w:r>
      <w:r>
        <w:rPr>
          <w:rFonts w:ascii="Arial" w:hAnsi="Arial" w:cs="Arial"/>
          <w:b w:val="0"/>
          <w:i w:val="0"/>
          <w:sz w:val="20"/>
        </w:rPr>
        <w:t>The island's premier beach club just beyond the Casino.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Waterfront Stroll: </w:t>
      </w:r>
      <w:r>
        <w:rPr>
          <w:rFonts w:ascii="Arial" w:hAnsi="Arial" w:cs="Arial"/>
          <w:b w:val="0"/>
          <w:i w:val="0"/>
          <w:sz w:val="20"/>
        </w:rPr>
        <w:t>1 mile each way · Flat · 20-25 min one way — Walk the full arc of Avalon Bay from the Cabrillo Mole tender pier to the Catalina Casino.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Avalon Canyon &amp; Wrigley Botanic Garden: </w:t>
      </w:r>
      <w:r>
        <w:rPr>
          <w:rFonts w:ascii="Arial" w:hAnsi="Arial" w:cs="Arial"/>
          <w:b w:val="0"/>
          <w:i w:val="0"/>
          <w:sz w:val="20"/>
        </w:rPr>
        <w:t>1.5 miles uphill · Moderate · 30 min walk or take Garibaldi Bus — Follow Avalon Canyon Road uphill to the Wrigley Memorial — built from island stone and hand-painted…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5:53AM–7:46PM · Jul 5:55AM–8:03PM · Sep 6:37AM–6:58PM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cruiseports.org/santa-catalina-island-ca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Catalina Island,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catalina-island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Wrigley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Catalina Island Company Ticket Booth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Catalina Museum For Art &amp; History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IMMERSED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Ballroom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