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Sharm El Sheikh, Sinai,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Sinai desert meets the Red Sea — Sharm El Sheikh offers cruise passengers some of the world's best snorkeling at Ras Mohammed, a vibrant old-town souq, and quad-bike rides into the mountains all in one stop.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USD widely accepted · 🗣️ Arabic (English common in tourist areas) · 🌡️ Hot desert climate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pier at Sharm Old Town (Sharm al-Maya) —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Old Market ~5 min walk from pier gate; Naama Bay 6–8 km by taxi (~$10–15)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desert adventures, Red Sea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Ras Mohammed National Park — one of the world's top snorkeling sites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100–200 EGP ($3–6 USD) — Taxis are the primary way to get from the cruise terminal to Naama Bay (~10 km). Meters are not used — always agree on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Ras Mohammed National Park Snorkeling — </w:t>
      </w:r>
      <w:r>
        <w:rPr>
          <w:rFonts w:ascii="Arial" w:hAnsi="Arial" w:cs="Arial"/>
          <w:b w:val="0"/>
          <w:i w:val="0"/>
          <w:sz w:val="20"/>
        </w:rPr>
        <w:t>Egypt's premier marine reserve at the confluence of the Gulf of Suez and Gulf of Aqaba.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Quad Biking &amp; Camel Trek in the Sinai Desert — </w:t>
      </w:r>
      <w:r>
        <w:rPr>
          <w:rFonts w:ascii="Arial" w:hAnsi="Arial" w:cs="Arial"/>
          <w:b w:val="0"/>
          <w:i w:val="0"/>
          <w:sz w:val="20"/>
        </w:rPr>
        <w:t>Ride ATVs through the ochre Sinai mountains, then switch to camel for a traditional Bedouin camp visit with tea and stargazing.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Naama Bay Beach Day — </w:t>
      </w:r>
      <w:r>
        <w:rPr>
          <w:rFonts w:ascii="Arial" w:hAnsi="Arial" w:cs="Arial"/>
          <w:b w:val="0"/>
          <w:i w:val="0"/>
          <w:sz w:val="20"/>
        </w:rPr>
        <w:t>The main resort strip 6 km from the port offers sandy beaches, clear snorkeling right off the shore, and a lively promenade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Catherine's Monastery &amp; Mount Sinai — </w:t>
      </w:r>
      <w:r>
        <w:rPr>
          <w:rFonts w:ascii="Arial" w:hAnsi="Arial" w:cs="Arial"/>
          <w:b w:val="0"/>
          <w:i w:val="0"/>
          <w:sz w:val="20"/>
        </w:rPr>
        <w:t>One of the oldest Christian monasteries in the world, at the foot of the mountain where Moses received the Ten Commandments.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Market Souq &amp; Al Sahaba Mosque — </w:t>
      </w:r>
      <w:r>
        <w:rPr>
          <w:rFonts w:ascii="Arial" w:hAnsi="Arial" w:cs="Arial"/>
          <w:b w:val="0"/>
          <w:i w:val="0"/>
          <w:sz w:val="20"/>
        </w:rPr>
        <w:t>Sharm's original village market is a short walk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Market &amp; Al Sahaba Mosque Stroll: </w:t>
      </w:r>
      <w:r>
        <w:rPr>
          <w:rFonts w:ascii="Arial" w:hAnsi="Arial" w:cs="Arial"/>
          <w:b w:val="0"/>
          <w:i w:val="0"/>
          <w:sz w:val="20"/>
        </w:rPr>
        <w:t>~1 km | Easy | 30–60 min — Walk from the pier gate through the colourful Sharm al-Maya souq.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Sharm al-Maya Bay Waterfront: </w:t>
      </w:r>
      <w:r>
        <w:rPr>
          <w:rFonts w:ascii="Arial" w:hAnsi="Arial" w:cs="Arial"/>
          <w:b w:val="0"/>
          <w:i w:val="0"/>
          <w:sz w:val="20"/>
        </w:rPr>
        <w:t>~1.5 km | Easy | 20–30 min — A gentle walk along the bay promenade from the port, passing fishing boats, local cafes, and a view…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5:53AM–7:25PM · Jul 5:56AM–7:40PM · Sep 6:28AM–6:47PM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cruiseports.org/sharm-el-sheikh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Sharm El Sheikh, Sinai,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arm-el-sheik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Cleo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Pedestrian Rd Neama Bay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Aladin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Safari Sharm El Sheikh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