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Silistra, Silistra Province, Bulgaria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Bulgaria's oldest cities, Silistra sits on the Roman legionary fortress of Durostorum — where the Danube forms the border with Romania and pelicans still nest in a UNESCO lake nearby.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(riverside quay) · 🕒 Typical call: 6-8 hrs · 💵 Bulgarian Lev (BGN) · 🗣️ Bulgarian (Cyrillic script)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quay directly alongside Danube Park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(400 m) through the park to Freedom Square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Roman history, birdwatching, authentic off-the-beaten-path Bulgaria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4th-century Roman Tomb murals &amp; Medzhidi Tabia Ottoman fortress views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€2–5 in-city — Metered yellow taxis are readily available. Local companies include Evropa Taksi and Istar Taxi; fares start around €1 w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Roman Durostorum — Fortress Walls &amp; Tomb — </w:t>
      </w:r>
      <w:r>
        <w:rPr>
          <w:rFonts w:ascii="Arial" w:hAnsi="Arial" w:cs="Arial"/>
          <w:b w:val="0"/>
          <w:i w:val="0"/>
          <w:sz w:val="20"/>
        </w:rPr>
        <w:t>Wander free through the excavated Roman fortress walls in Danube Park, then visit the 4th-century Roman Tomb with its startlingly…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Archaeological Museum — </w:t>
      </w:r>
      <w:r>
        <w:rPr>
          <w:rFonts w:ascii="Arial" w:hAnsi="Arial" w:cs="Arial"/>
          <w:b w:val="0"/>
          <w:i w:val="0"/>
          <w:sz w:val="20"/>
        </w:rPr>
        <w:t>The town-centre museum holds Roman armour, a detailed Durostorum fortress model, medieval artifacts, and finds from the Roman tomb.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Medzhidi Tabia Ottoman Fortress — </w:t>
      </w:r>
      <w:r>
        <w:rPr>
          <w:rFonts w:ascii="Arial" w:hAnsi="Arial" w:cs="Arial"/>
          <w:b w:val="0"/>
          <w:i w:val="0"/>
          <w:sz w:val="20"/>
        </w:rPr>
        <w:t>A hexagonal 19th-century Ottoman fort built 1841–1853, with 8-metre walls and a small military history museum inside.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Srebarna Nature Reserve (UNESCO) — </w:t>
      </w:r>
      <w:r>
        <w:rPr>
          <w:rFonts w:ascii="Arial" w:hAnsi="Arial" w:cs="Arial"/>
          <w:b w:val="0"/>
          <w:i w:val="0"/>
          <w:sz w:val="20"/>
        </w:rPr>
        <w:t>A freshwater lake 16–20 km west of Silistra, listed as a UNESCO World Heritage Site and Ramsar wetland.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Danube Park &amp; Ethnographic Museum Walk — </w:t>
      </w:r>
      <w:r>
        <w:rPr>
          <w:rFonts w:ascii="Arial" w:hAnsi="Arial" w:cs="Arial"/>
          <w:b w:val="0"/>
          <w:i w:val="0"/>
          <w:sz w:val="20"/>
        </w:rPr>
        <w:t>Stroll Bulgaria's oldest public park (est.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Danube Park to Freedom Square: </w:t>
      </w:r>
      <w:r>
        <w:rPr>
          <w:rFonts w:ascii="Arial" w:hAnsi="Arial" w:cs="Arial"/>
          <w:b w:val="0"/>
          <w:i w:val="0"/>
          <w:sz w:val="20"/>
        </w:rPr>
        <w:t>0.8 km · 15 min · Flat · Free — Step off the ship into Danube Park, pass the Roman fortress wall sections and early-Christian…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Centre Loop — Museums &amp; Market: </w:t>
      </w:r>
      <w:r>
        <w:rPr>
          <w:rFonts w:ascii="Arial" w:hAnsi="Arial" w:cs="Arial"/>
          <w:b w:val="0"/>
          <w:i w:val="0"/>
          <w:sz w:val="20"/>
        </w:rPr>
        <w:t>1.5 km · 25 min · Flat — From Freedom Square walk to the Archaeological Museum, continue past the Art Gallery (housed in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5:44AM–8:30PM · Jul 5:42AM–8:51PM · Sep 6:50AM–7:21PM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cruiseports.org/silistra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Silistra, Silistra Province, Bulgaria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ilistr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Archaeological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Waterfront Park Central Calarasi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Ethnographic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The Lower Danube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Ancient city of Durostorum - Drastar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