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Skiathos Island, Sporades,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Pine-clad and turquoise-fringed, Skiathos packs more beach beauty per square kilometre than almost anywhere in the Aegean — and you'll be swimming within an hour of the tender touching down.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Currency: Euro (€) · 🗣️ Language: Greek · 🏖️ Beach paradise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Old Port, Skiathos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on the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Greek island vibes, plane-spotting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Lalaria sea arch &amp; Koukounaries golden sand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€7–€10 — The taxi rank is about 50m from the new port exit near the ring road. Fares are metered and regulated; the short ride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Koukounaries Beach Day — </w:t>
      </w:r>
      <w:r>
        <w:rPr>
          <w:rFonts w:ascii="Arial" w:hAnsi="Arial" w:cs="Arial"/>
          <w:b w:val="0"/>
          <w:i w:val="0"/>
          <w:sz w:val="20"/>
        </w:rPr>
        <w:t>Consistently ranked among Greece's best beaches, Koukounaries offers fine golden sand, shallow crystal-clear water,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Lalaria Beach Boat Trip — </w:t>
      </w:r>
      <w:r>
        <w:rPr>
          <w:rFonts w:ascii="Arial" w:hAnsi="Arial" w:cs="Arial"/>
          <w:b w:val="0"/>
          <w:i w:val="0"/>
          <w:sz w:val="20"/>
        </w:rPr>
        <w:t>Accessible only by sea, Lalaria stuns with smooth white pebbles, towering cliffs, and the iconic Tripia Petra natural stone arch…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Airport Plane-Spotting (Xanemos Beach) — </w:t>
      </w:r>
      <w:r>
        <w:rPr>
          <w:rFonts w:ascii="Arial" w:hAnsi="Arial" w:cs="Arial"/>
          <w:b w:val="0"/>
          <w:i w:val="0"/>
          <w:sz w:val="20"/>
        </w:rPr>
        <w:t>Skiathos Airport is the 'St Maarten of Europe' — jets land just metres above a public road and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Evangelistria Monastery — </w:t>
      </w:r>
      <w:r>
        <w:rPr>
          <w:rFonts w:ascii="Arial" w:hAnsi="Arial" w:cs="Arial"/>
          <w:b w:val="0"/>
          <w:i w:val="0"/>
          <w:sz w:val="20"/>
        </w:rPr>
        <w:t>Set in pine-forested hills 5 km from town, this late 18th-century monastery is where the first modern Greek flag was blessed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Skiathos Town &amp; Papadiamantis House — </w:t>
      </w:r>
      <w:r>
        <w:rPr>
          <w:rFonts w:ascii="Arial" w:hAnsi="Arial" w:cs="Arial"/>
          <w:b w:val="0"/>
          <w:i w:val="0"/>
          <w:sz w:val="20"/>
        </w:rPr>
        <w:t>Stroll Papadiamantis Street, visit the writer's preserved 19th-century home (€2–3), then climb to Agios Nikolaos Church and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to Bourtzi Peninsula: </w:t>
      </w:r>
      <w:r>
        <w:rPr>
          <w:rFonts w:ascii="Arial" w:hAnsi="Arial" w:cs="Arial"/>
          <w:b w:val="0"/>
          <w:i w:val="0"/>
          <w:sz w:val="20"/>
        </w:rPr>
        <w:t>15–20 min | Easy | Free — From the tender landing walk west along the waterfront to the pine-wooded Bourtzi islet, which…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Stroll to Megali Ammos Beach: </w:t>
      </w:r>
      <w:r>
        <w:rPr>
          <w:rFonts w:ascii="Arial" w:hAnsi="Arial" w:cs="Arial"/>
          <w:b w:val="0"/>
          <w:i w:val="0"/>
          <w:sz w:val="20"/>
        </w:rPr>
        <w:t>15–20 min | Easy | Sandy beach — Head south along the waterfront promenade from the Old Port to reach Megali Ammos, a long sandy…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to Agios Nikolaos Church: </w:t>
      </w:r>
      <w:r>
        <w:rPr>
          <w:rFonts w:ascii="Arial" w:hAnsi="Arial" w:cs="Arial"/>
          <w:b w:val="0"/>
          <w:i w:val="0"/>
          <w:sz w:val="20"/>
        </w:rPr>
        <w:t>20–30 min | Moderate uphill | Best views — From Papadiamantis Street take the stepped lanes uphill to the Agios Nikolaos Church and clock tower.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6:13AM–8:32PM · Jul 6:12AM–8:51PM · Sep 7:07AM–7:34PM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cruiseports.org/skiathos-island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Skiathos Island, Sporades,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iath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Εκκλησία Παναγία Εικονίστρια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Panormoscar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Byzantine Castle of Skiathos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Skiathos Old 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House- Museum of Alexandros Papadiamantis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Viewpoint near Plakes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