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Skjolden, Sogn og Fjordane,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at the very end of the world's longest fjord, Skjolden is as quiet as Norway gets — turquoise glacial water, soaring peaks, and three national parks within reach of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(dedicated cruise quay) · 🕒 Typical call: 7-9 hrs · 💵 Norwegian Krone (NOK) — nearly cashless, cards everywhere · 🗣️ Norwegian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Dedicated 127.5 m cruise pier; anchorage/tender also available for larger ships or busy days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~1 km (10–15 min flat) from pier to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Fjord scenery, glacier excursions, hiking, cycling the Romantic Road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Urnes Stave Church (UNESCO) and Nigardsbreen Glacier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(expensive) — Skjolden has very few local taxis; none are regularly stationed at the pier. If needed, book well in advance through you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Urnes Stave Church (UNESCO) — </w:t>
      </w:r>
      <w:r>
        <w:rPr>
          <w:rFonts w:ascii="Arial" w:hAnsi="Arial" w:cs="Arial"/>
          <w:b w:val="0"/>
          <w:i w:val="0"/>
          <w:sz w:val="20"/>
        </w:rPr>
        <w:t>Norway's oldest stave church (c.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Nigardsbreen Glacier Hike — </w:t>
      </w:r>
      <w:r>
        <w:rPr>
          <w:rFonts w:ascii="Arial" w:hAnsi="Arial" w:cs="Arial"/>
          <w:b w:val="0"/>
          <w:i w:val="0"/>
          <w:sz w:val="20"/>
        </w:rPr>
        <w:t>An arm of Jostedalsbreen — the largest glacier in mainland Europe — Nigardsbreen glows electric blue up close.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Sognefjellet Scenic Drive — </w:t>
      </w:r>
      <w:r>
        <w:rPr>
          <w:rFonts w:ascii="Arial" w:hAnsi="Arial" w:cs="Arial"/>
          <w:b w:val="0"/>
          <w:i w:val="0"/>
          <w:sz w:val="20"/>
        </w:rPr>
        <w:t>Northern Europe's highest mountain pass climbs to 1,434 m through Jotunheimen, offering jaw-dropping views of glaciers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RIB Fjord Safari — </w:t>
      </w:r>
      <w:r>
        <w:rPr>
          <w:rFonts w:ascii="Arial" w:hAnsi="Arial" w:cs="Arial"/>
          <w:b w:val="0"/>
          <w:i w:val="0"/>
          <w:sz w:val="20"/>
        </w:rPr>
        <w:t>High-speed rigid inflatable boats launch from near the pier and thunder down the Lustrafjord, past Feigefossen waterfall (218 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Wittgenstein's Cabin Walk — </w:t>
      </w:r>
      <w:r>
        <w:rPr>
          <w:rFonts w:ascii="Arial" w:hAnsi="Arial" w:cs="Arial"/>
          <w:b w:val="0"/>
          <w:i w:val="0"/>
          <w:sz w:val="20"/>
        </w:rPr>
        <w:t>Philosopher Ludwig Wittgenstein retreated to a remote cabin above Lake Eidsvatnet to write some of his most important work.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Village &amp; Lake Eidsvatnet: </w:t>
      </w:r>
      <w:r>
        <w:rPr>
          <w:rFonts w:ascii="Arial" w:hAnsi="Arial" w:cs="Arial"/>
          <w:b w:val="0"/>
          <w:i w:val="0"/>
          <w:sz w:val="20"/>
        </w:rPr>
        <w:t>2–3 km round trip · Flat · 30–45 min — Walk the paved waterfront path from the cruise pier into the village, then continue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Romantic Road (Sørsidevegen) Cycle/Walk: </w:t>
      </w:r>
      <w:r>
        <w:rPr>
          <w:rFonts w:ascii="Arial" w:hAnsi="Arial" w:cs="Arial"/>
          <w:b w:val="0"/>
          <w:i w:val="0"/>
          <w:sz w:val="20"/>
        </w:rPr>
        <w:t>4–8 km one way · Flat · Best by e-bike — The quiet south-side road along the Lustrafjord offers gorgeous views of the fjord and village.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4:40AM–10:13PM · Jul 4:19AM–10:50PM · Sep 6:56AM–7:51PM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cruiseports.org/skjolden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Skjolden, Sogn og Fjordane,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kjold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Feigumfossen Waterfall, Luster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Tindevegen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