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Souda (Chania), Crete,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Your ship calls at Souda Bay, a deep-water NATO and commercial port on Crete's north coast — a quick bus or taxi ride from Chania, one of Greece's most beautiful old towns, with a sweeping Venetian harbor, labyrinthine alleys, and world-class Cretan 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💶 Currency: Euro (€) · 🗣️ Language: Greek · 🏺 Venetian &amp; Ottoman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Souda Bay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Chania center: </w:t>
      </w:r>
      <w:r>
        <w:rPr>
          <w:rFonts w:ascii="Arial" w:hAnsi="Arial" w:cs="Arial"/>
          <w:b w:val="0"/>
          <w:i w:val="0"/>
          <w:sz w:val="20"/>
        </w:rPr>
        <w:t>6.5 km; ~15 min by taxi or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Venetian architecture, beaches, Cretan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 the breakwater to the Venetian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€25–€30 — Taxis wait at the port exit for the 15–20 min ride to Chania Old Town. Confirm the fare before departure; metered or fix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Chania Old Town &amp; Venetian Harbor Walk — </w:t>
      </w:r>
      <w:r>
        <w:rPr>
          <w:rFonts w:ascii="Arial" w:hAnsi="Arial" w:cs="Arial"/>
          <w:b w:val="0"/>
          <w:i w:val="0"/>
          <w:sz w:val="20"/>
        </w:rPr>
        <w:t>Stroll the horseshoe harbor front past Venetian arsenals and the Küçük Hasan Mosque, then walk the breakwater jetty all the 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Balos Lagoon &amp; Gramvousa Island Boat Trip — </w:t>
      </w:r>
      <w:r>
        <w:rPr>
          <w:rFonts w:ascii="Arial" w:hAnsi="Arial" w:cs="Arial"/>
          <w:b w:val="0"/>
          <w:i w:val="0"/>
          <w:sz w:val="20"/>
        </w:rPr>
        <w:t>A full-day boat excursion from Kissamos (1 hr west of Chania) to Balos, a dreamy lagoon with shallow turquoise water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Samaria Gorge Hike — </w:t>
      </w:r>
      <w:r>
        <w:rPr>
          <w:rFonts w:ascii="Arial" w:hAnsi="Arial" w:cs="Arial"/>
          <w:b w:val="0"/>
          <w:i w:val="0"/>
          <w:sz w:val="20"/>
        </w:rPr>
        <w:t>Europe's longest gorge — 16 km through the White Mountains from Xyloskalo plateau to the Libyan Sea at Agia Roumeli.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Museum &amp; Firka Fortress — </w:t>
      </w:r>
      <w:r>
        <w:rPr>
          <w:rFonts w:ascii="Arial" w:hAnsi="Arial" w:cs="Arial"/>
          <w:b w:val="0"/>
          <w:i w:val="0"/>
          <w:sz w:val="20"/>
        </w:rPr>
        <w:t>Inside the Venetian Firka Fortress at the harbor mouth, this museum covers Cretan naval history from ancient times through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 Chora Beach Day — </w:t>
      </w:r>
      <w:r>
        <w:rPr>
          <w:rFonts w:ascii="Arial" w:hAnsi="Arial" w:cs="Arial"/>
          <w:b w:val="0"/>
          <w:i w:val="0"/>
          <w:sz w:val="20"/>
        </w:rPr>
        <w:t>A long sandy city beach a 15-minute walk west of the Venetian Harbor.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Harbor Loop &amp; Lighthouse: </w:t>
      </w:r>
      <w:r>
        <w:rPr>
          <w:rFonts w:ascii="Arial" w:hAnsi="Arial" w:cs="Arial"/>
          <w:b w:val="0"/>
          <w:i w:val="0"/>
          <w:sz w:val="20"/>
        </w:rPr>
        <w:t>2 km · 30-45 min · Easy · Free — Start at the bus/taxi drop-off near the Municipal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Alleys: Evraiki &amp; Splantzia: </w:t>
      </w:r>
      <w:r>
        <w:rPr>
          <w:rFonts w:ascii="Arial" w:hAnsi="Arial" w:cs="Arial"/>
          <w:b w:val="0"/>
          <w:i w:val="0"/>
          <w:sz w:val="20"/>
        </w:rPr>
        <w:t>1.5 km · 30-45 min · Easy · Free — From the harbor front, duck into the Evraiki (Jewish Quarter) for its flower-filled passages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6:19AM–8:21PM · Jul 6:20AM–8:38PM · Sep 7:06AM–7:30PM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cruiseports.org/souda-chania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Souda (Chania), Crete,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uda-chan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Eleftherios Venizelos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Ενετικό φρούριο Φιρκά | Firka Venetian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 bastion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Folklore Museum of Gavalochori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Katholiko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Metropolitan Church of the Presentation of the Virgin Mary (Trimartiri)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Sabbionara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Greek National Football Team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