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South Water Caye, Stann Creek, Belize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gem of the Belize Barrier Reef — UNESCO-protected waters, world-class snorkeling just steps from shore, and the kind of serene tropical paradise most cruisers only dream about.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4-6 hrs · 💵 USD widely accepted (BZD official) · 🗣️ English · 🐢 Marine Reserve / UNESCO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small/expedition ships anchor offshore; guests tender ashore to the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Island is walkable end-to-end in ~10 min; very little onshore infrastructure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 the barrier reef, diving, wildlife spotting, total relaxation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Reef snorkeling directly off the beach — the coral is minutes from shore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Belize Barrier Reef — </w:t>
      </w:r>
      <w:r>
        <w:rPr>
          <w:rFonts w:ascii="Arial" w:hAnsi="Arial" w:cs="Arial"/>
          <w:b w:val="0"/>
          <w:i w:val="0"/>
          <w:sz w:val="20"/>
        </w:rPr>
        <w:t>The reef is minutes from 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Curlew Wall &amp; Paradise — </w:t>
      </w:r>
      <w:r>
        <w:rPr>
          <w:rFonts w:ascii="Arial" w:hAnsi="Arial" w:cs="Arial"/>
          <w:b w:val="0"/>
          <w:i w:val="0"/>
          <w:sz w:val="20"/>
        </w:rPr>
        <w:t>Wall dives along the outer barrier reef drop into deep blue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Turtle &amp; Manatee Watch — </w:t>
      </w:r>
      <w:r>
        <w:rPr>
          <w:rFonts w:ascii="Arial" w:hAnsi="Arial" w:cs="Arial"/>
          <w:b w:val="0"/>
          <w:i w:val="0"/>
          <w:sz w:val="20"/>
        </w:rPr>
        <w:t>The South Water Caye Marine Reserve protects nesting hawksbill and loggerhead sea turtles, and is one of the last strongholds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Man-O-War Caye Frigatebird Colony — </w:t>
      </w:r>
      <w:r>
        <w:rPr>
          <w:rFonts w:ascii="Arial" w:hAnsi="Arial" w:cs="Arial"/>
          <w:b w:val="0"/>
          <w:i w:val="0"/>
          <w:sz w:val="20"/>
        </w:rPr>
        <w:t>A short boat ride brings you to Man-O-War Caye, a protected nesting colony for magnificent frigatebirds and brown boobies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Day at the Caye — </w:t>
      </w:r>
      <w:r>
        <w:rPr>
          <w:rFonts w:ascii="Arial" w:hAnsi="Arial" w:cs="Arial"/>
          <w:b w:val="0"/>
          <w:i w:val="0"/>
          <w:sz w:val="20"/>
        </w:rPr>
        <w:t>With calm, clear water, white sand, and a horizon of nothing but reef, South Water Caye is one of the best simple beach days…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Perimeter Stroll: </w:t>
      </w:r>
      <w:r>
        <w:rPr>
          <w:rFonts w:ascii="Arial" w:hAnsi="Arial" w:cs="Arial"/>
          <w:b w:val="0"/>
          <w:i w:val="0"/>
          <w:sz w:val="20"/>
        </w:rPr>
        <w:t>~20 min | Flat sand | All abilities — Walk the full perimeter of South Water Caye along the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5:21AM–6:16PM · Jul 5:27AM–6:29PM · Sep 5:40AM–5:53PM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cruiseports.org/south-water-caye-belize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South Water Caye, Stann Creek, Belize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uth-water-caye-beliz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Water Caye Marine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Aquarium (Snorkel Site)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Carrie Bow Cay Field Station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