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John, U.S. Virgin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smallest and most pristine of the U.S. Virgin Islands, St John is 60% national park — a rare Caribbean island of world-class beaches, sea turtles, and zero traffic lights.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(small ships direct; most visit via ferry from St Thomas) · 🕒 Typical call: 6-8 hrs · 💵 USD (no exchange needed) · 🗣️ English · 🏝️ 60% Virgin Islands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small/luxury ships anchor in Cruz Bay; most cruise passengers ferry from St Thomas via Red Hook (~20 min, $8 each 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Immediate — Cruz Bay ferry dock drops you into the heart of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(Trunk Bay trail), sea turtle watching at Maho Bay, unspoiled Caribbean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Trunk Bay's 650-ft underwater snorkeling trail; Maho Bay sea turtles; Annaberg Sugar Plantation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$8-20 per person — The main local transport. Shared open-air safari buses run fixed per-person rates to beaches and attractions. Within Cru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Trunk Bay Beach &amp; Snorkel Trail — </w:t>
      </w:r>
      <w:r>
        <w:rPr>
          <w:rFonts w:ascii="Arial" w:hAnsi="Arial" w:cs="Arial"/>
          <w:b w:val="0"/>
          <w:i w:val="0"/>
          <w:sz w:val="20"/>
        </w:rPr>
        <w:t>Consistently ranked one of the world's top beaches, Trunk Bay features a self-guided 650-ft underwater snorkel trail with plaques…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Maho Bay Sea Turtle Watch — </w:t>
      </w:r>
      <w:r>
        <w:rPr>
          <w:rFonts w:ascii="Arial" w:hAnsi="Arial" w:cs="Arial"/>
          <w:b w:val="0"/>
          <w:i w:val="0"/>
          <w:sz w:val="20"/>
        </w:rPr>
        <w:t>Maho Bay is famous for green sea turtles grazing in its shallow seagrass beds — sightings are nearly guaranteed.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Annaberg Sugar Plantation — </w:t>
      </w:r>
      <w:r>
        <w:rPr>
          <w:rFonts w:ascii="Arial" w:hAnsi="Arial" w:cs="Arial"/>
          <w:b w:val="0"/>
          <w:i w:val="0"/>
          <w:sz w:val="20"/>
        </w:rPr>
        <w:t>One of the best-preserved 18th-century Danish sugar plantations in the Caribbean.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Reef Bay Hike with Petroglyphs — </w:t>
      </w:r>
      <w:r>
        <w:rPr>
          <w:rFonts w:ascii="Arial" w:hAnsi="Arial" w:cs="Arial"/>
          <w:b w:val="0"/>
          <w:i w:val="0"/>
          <w:sz w:val="20"/>
        </w:rPr>
        <w:t>A National Park-guided strenuous hike through tropical forest to ancient Taino petroglyphs and sugar mill ruins, ending with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Private Boat Charter — </w:t>
      </w:r>
      <w:r>
        <w:rPr>
          <w:rFonts w:ascii="Arial" w:hAnsi="Arial" w:cs="Arial"/>
          <w:b w:val="0"/>
          <w:i w:val="0"/>
          <w:sz w:val="20"/>
        </w:rPr>
        <w:t>Charter a catamaran or speedboat for a full or half day to visit secluded cays, snorkel offshore reefs, and reach beaches…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Cruz Bay Town Stroll: </w:t>
      </w:r>
      <w:r>
        <w:rPr>
          <w:rFonts w:ascii="Arial" w:hAnsi="Arial" w:cs="Arial"/>
          <w:b w:val="0"/>
          <w:i w:val="0"/>
          <w:sz w:val="20"/>
        </w:rPr>
        <w:t>30 min · Flat · Free — From the ferry dock, explore the colorful waterfront town — the National Park Visitor Center…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Lind Point Trail to Honeymoon Beach: </w:t>
      </w:r>
      <w:r>
        <w:rPr>
          <w:rFonts w:ascii="Arial" w:hAnsi="Arial" w:cs="Arial"/>
          <w:b w:val="0"/>
          <w:i w:val="0"/>
          <w:sz w:val="20"/>
        </w:rPr>
        <w:t>1 mile each way · Moderate · Free — Begin at the NPS Visitor Center behind the dock, follow Lind Point Trail through forest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5:45AM–6:45PM · Jul 5:51AM–6:58PM · Sep 6:07AM–6:21PM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cruiseports.org/st-john-island-usvi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 John, U.S. Virgin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john-island-usv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Drake's Seat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Carolina Corral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Skyride to Paradise 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Cruz Bay Visitor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Reef Underwater Park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Lady Of Mt. Carmel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World Ocean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Parasail Virgin Islands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