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St. Louis, Missouri,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Mississippi River bends beneath a shining 630-foot arch, St. Louis delivers a full day of free world-class museums, legendary BBQ, and big American city energy—all steps from the cobblestone levee.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(cobblestone levee) · 🕒 Typical call: 8–10 hrs or home port · 💵 USD · 🗣️ English · 🌡️ Hot humid summers; mild spring/fall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Riverboat dock at cobblestone levee below Gateway Arch, 50 S. Leonor K. Sullivan Blvd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Arch: </w:t>
      </w:r>
      <w:r>
        <w:rPr>
          <w:rFonts w:ascii="Arial" w:hAnsi="Arial" w:cs="Arial"/>
          <w:b w:val="0"/>
          <w:i w:val="0"/>
          <w:sz w:val="20"/>
        </w:rPr>
        <w:t>Steps from the dock — Gateway Arch National Park is immediately adjacent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free museums, BBQ &amp; blues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Tram ride to the top of the Gateway Arch and a frozen custard at Ted Drewes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$6–$15 for downtown trips — Metered taxis are available near the levee on Leonor K. Sullivan Blvd. Base fare ~$3.50–$4.50 plus ~$2–$3 per mile; avai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Gateway Arch Tram Ride — </w:t>
      </w:r>
      <w:r>
        <w:rPr>
          <w:rFonts w:ascii="Arial" w:hAnsi="Arial" w:cs="Arial"/>
          <w:b w:val="0"/>
          <w:i w:val="0"/>
          <w:sz w:val="20"/>
        </w:rPr>
        <w:t>Ride a pod-shaped tram to the observation deck of the world's tallest arch for panoramic views of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Forest Park &amp; Free Museums — </w:t>
      </w:r>
      <w:r>
        <w:rPr>
          <w:rFonts w:ascii="Arial" w:hAnsi="Arial" w:cs="Arial"/>
          <w:b w:val="0"/>
          <w:i w:val="0"/>
          <w:sz w:val="20"/>
        </w:rPr>
        <w:t>One of the largest urban parks in the US — home to the free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Courthouse &amp; Museum of Westward Expansion — </w:t>
      </w:r>
      <w:r>
        <w:rPr>
          <w:rFonts w:ascii="Arial" w:hAnsi="Arial" w:cs="Arial"/>
          <w:b w:val="0"/>
          <w:i w:val="0"/>
          <w:sz w:val="20"/>
        </w:rPr>
        <w:t>The domed Old Courthouse was the site of early Dred Scott hearings.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Laclede's Landing &amp; Blues Bars — </w:t>
      </w:r>
      <w:r>
        <w:rPr>
          <w:rFonts w:ascii="Arial" w:hAnsi="Arial" w:cs="Arial"/>
          <w:b w:val="0"/>
          <w:i w:val="0"/>
          <w:sz w:val="20"/>
        </w:rPr>
        <w:t>The cobblestone district just north of the Arch is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Louis Food Tour: Toasted Ravioli, BBQ &amp; Custard — </w:t>
      </w:r>
      <w:r>
        <w:rPr>
          <w:rFonts w:ascii="Arial" w:hAnsi="Arial" w:cs="Arial"/>
          <w:b w:val="0"/>
          <w:i w:val="0"/>
          <w:sz w:val="20"/>
        </w:rPr>
        <w:t>Sample the city's three food obsessions: toasted (deep-fried) ravioli on The Hill,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Old Courthouse Walk: </w:t>
      </w:r>
      <w:r>
        <w:rPr>
          <w:rFonts w:ascii="Arial" w:hAnsi="Arial" w:cs="Arial"/>
          <w:b w:val="0"/>
          <w:i w:val="0"/>
          <w:sz w:val="20"/>
        </w:rPr>
        <w:t>0.6 miles · 15 min · Flat cobblestones and paved paths — Walk off the gangway onto the cobblestone levee, stroll through Gateway Arch National Park,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 to Laclede's Landing: </w:t>
      </w:r>
      <w:r>
        <w:rPr>
          <w:rFonts w:ascii="Arial" w:hAnsi="Arial" w:cs="Arial"/>
          <w:b w:val="0"/>
          <w:i w:val="0"/>
          <w:sz w:val="20"/>
        </w:rPr>
        <w:t>0.5 miles · 12 min · Flat riverfront — Head north along the riverfront from the dock to Laclede's Landing,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5:48AM–8:05PM · Jul 5:49AM–8:24PM · Sep 6:42AM–7:08PM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cruiseports.org/st-louis-mo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St. Louis, Missouri,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-louis-m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Busch Stadium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Missouri Botanical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Gateway Arch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Forest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Louis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Louis Art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Cathedral Basilica of St. Louis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Stifel Theatre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