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Stavanger, Rogaland, Norway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One of Europe's most convenient cruise ports — dock steps from 18th-century white wooden cottages, then venture out to the dramatic fjord cliffs that define the Norwegian southwest coast.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— city center berths · 🕒 Typical call: 8–12 hrs · 💵 Norwegian Krone (NOK) — card everywhere · 🗣️ Norwegian (English widely spoken)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Strandkaien, Skagenkaien, or Konserthuskaien in Vågen harbor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0–10 min — ships berth in the heart of the city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Old Town strolling, Lysefjord cruises, Pulpit Rock hike (full-day)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Gamle Stavanger (Old Town) and the colorful Øvre Holmegate street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NOK 60–80 (~$6–8) short trip — Taxis are available near the port. Short rides within the city center cost NOK 60–80; longer trips (5 km) run around NOK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Bolt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>✅ Gray Line / HopOn Norway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Lysefjord Sightseeing Cruise — </w:t>
      </w:r>
      <w:r>
        <w:rPr>
          <w:rFonts w:ascii="Arial" w:hAnsi="Arial" w:cs="Arial"/>
          <w:b w:val="0"/>
          <w:i w:val="0"/>
          <w:sz w:val="20"/>
        </w:rPr>
        <w:t>Board a catamaran directly from the cruise harbor and sail into Lysefjord — past sheer cliff walls, Hengjanefossen waterfall,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Pulpit Rock (Preikestolen) Hike — </w:t>
      </w:r>
      <w:r>
        <w:rPr>
          <w:rFonts w:ascii="Arial" w:hAnsi="Arial" w:cs="Arial"/>
          <w:b w:val="0"/>
          <w:i w:val="0"/>
          <w:sz w:val="20"/>
        </w:rPr>
        <w:t>Climb 604 m to the flat cliff plateau jutting over Lysefjord for one of Norway's great views.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Gamle Stavanger (Old Town) Stroll — </w:t>
      </w:r>
      <w:r>
        <w:rPr>
          <w:rFonts w:ascii="Arial" w:hAnsi="Arial" w:cs="Arial"/>
          <w:b w:val="0"/>
          <w:i w:val="0"/>
          <w:sz w:val="20"/>
        </w:rPr>
        <w:t>Wander 173 white-painted 18th-century wooden cottages — northern Europe's largest surviving collection — along cobblestone lanes…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Norwegian Petroleum Museum — </w:t>
      </w:r>
      <w:r>
        <w:rPr>
          <w:rFonts w:ascii="Arial" w:hAnsi="Arial" w:cs="Arial"/>
          <w:b w:val="0"/>
          <w:i w:val="0"/>
          <w:sz w:val="20"/>
        </w:rPr>
        <w:t>Interactive museum in a striking oil-platform-inspired building tracing how offshore oil transformed Norway from a fishing…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RIB Safari on Lysefjord — </w:t>
      </w:r>
      <w:r>
        <w:rPr>
          <w:rFonts w:ascii="Arial" w:hAnsi="Arial" w:cs="Arial"/>
          <w:b w:val="0"/>
          <w:i w:val="0"/>
          <w:sz w:val="20"/>
        </w:rPr>
        <w:t>Speed through the fjord on a rigid inflatable boat, close to cliff walls, waterfalls, and seabird colonies.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Town &amp; Color Street Loop: </w:t>
      </w:r>
      <w:r>
        <w:rPr>
          <w:rFonts w:ascii="Arial" w:hAnsi="Arial" w:cs="Arial"/>
          <w:b w:val="0"/>
          <w:i w:val="0"/>
          <w:sz w:val="20"/>
        </w:rPr>
        <w:t>2–3 km • 1–1.5 hrs • Easy — From Strandkaien pier, walk two minutes to Gamle Stavanger and wander the white wooden cottage lanes.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Harbor to Petroleum Museum: </w:t>
      </w:r>
      <w:r>
        <w:rPr>
          <w:rFonts w:ascii="Arial" w:hAnsi="Arial" w:cs="Arial"/>
          <w:b w:val="0"/>
          <w:i w:val="0"/>
          <w:sz w:val="20"/>
        </w:rPr>
        <w:t>1.5 km • 30 min • Easy — Head north along the Vågen waterfront from your ship, past the GeoPark (public art made from…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17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5:06AM–10:01PM · Jul 4:50AM–10:34PM · Sep 7:06AM–7:56PM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cruiseports.org/stavanger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Stavanger, Rogaland, Norway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tavanger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Sverd i fjell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Vålandstårnet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Godalen Strand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Sola flytekniske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Stavanger Botanical Garden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Sandnes Church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FjordEvents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Rogaland War Historical Museum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