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Stykkishólmur, Snæfellsnes,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fishing town ringed by basalt islands and fjord views, Stykkishólmur punches well above its size — freshest scallops in Iceland, an eerie art installation made of glacier water, and day trips to one of the country's most dramatic peninsulas.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(small/expedition ships) or Tender (larger vessels) · 🕒 Typical call: 6–8 hrs · 💵 Icelandic Króna (ISK) — virtually cashless; card accepted everywhere · 🗣️ Icelandic; English widely spoken · 🧊 Gateway to Snæfellsnes Peninsula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small/expedition ships; larger vessels tender to harbour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1–3 min from harbour — town wraps directly around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 Sushi boat tours, scenic coastal walks, Snæfellsnes Peninsula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Viking Sushi Adventure (Seatours) — fresh scallops dredged and eaten on deck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~2,500–5,000 ISK (short local trip) — Taxis in Stykkishólmur are very limited and must be pre-booked by phone; there is no taxi rank at the pier. Icelandic 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Viking Sushi Adventure (Seatours) — </w:t>
      </w:r>
      <w:r>
        <w:rPr>
          <w:rFonts w:ascii="Arial" w:hAnsi="Arial" w:cs="Arial"/>
          <w:b w:val="0"/>
          <w:i w:val="0"/>
          <w:sz w:val="20"/>
        </w:rPr>
        <w:t>Board a boat into Breiðafjörður Bay, where a dredge hauls up live scallops and sea urchins from the seabed.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Snæfellsnes Peninsula Highlights — </w:t>
      </w:r>
      <w:r>
        <w:rPr>
          <w:rFonts w:ascii="Arial" w:hAnsi="Arial" w:cs="Arial"/>
          <w:b w:val="0"/>
          <w:i w:val="0"/>
          <w:sz w:val="20"/>
        </w:rPr>
        <w:t>A half-day bus tour hits Kirkjufell (the Game of Thrones arrowhead mountain), Kirkjufellsfoss waterfall, Djúpalónssandur…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Library of Water (Vatnasafn) — </w:t>
      </w:r>
      <w:r>
        <w:rPr>
          <w:rFonts w:ascii="Arial" w:hAnsi="Arial" w:cs="Arial"/>
          <w:b w:val="0"/>
          <w:i w:val="0"/>
          <w:sz w:val="20"/>
        </w:rPr>
        <w:t>American artist Roni Horn filled 24 floor-to-ceiling glass columns with meltwater from Iceland's major glaciers.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Norska Húsið — The Norwegian House — </w:t>
      </w:r>
      <w:r>
        <w:rPr>
          <w:rFonts w:ascii="Arial" w:hAnsi="Arial" w:cs="Arial"/>
          <w:b w:val="0"/>
          <w:i w:val="0"/>
          <w:sz w:val="20"/>
        </w:rPr>
        <w:t>Built in 1832, this is the oldest two-story wooden house in Iceland.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Breiðafjörður Bay Kayaking &amp; Island Hopping — </w:t>
      </w:r>
      <w:r>
        <w:rPr>
          <w:rFonts w:ascii="Arial" w:hAnsi="Arial" w:cs="Arial"/>
          <w:b w:val="0"/>
          <w:i w:val="0"/>
          <w:sz w:val="20"/>
        </w:rPr>
        <w:t>Paddle or boat among the thousands of small basalt islands in Breiðafjörður Bay, spotting eider ducks, puffins (in season)…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Súgandisey Lighthouse: </w:t>
      </w:r>
      <w:r>
        <w:rPr>
          <w:rFonts w:ascii="Arial" w:hAnsi="Arial" w:cs="Arial"/>
          <w:b w:val="0"/>
          <w:i w:val="0"/>
          <w:sz w:val="20"/>
        </w:rPr>
        <w:t>1 km round-trip | 20–30 min | Easy paved path with stairs — Walk out along the causeway to Súgandisey Island, a basalt outcrop that shelters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Stroll: </w:t>
      </w:r>
      <w:r>
        <w:rPr>
          <w:rFonts w:ascii="Arial" w:hAnsi="Arial" w:cs="Arial"/>
          <w:b w:val="0"/>
          <w:i w:val="0"/>
          <w:sz w:val="20"/>
        </w:rPr>
        <w:t>1.5 km loop | 30–45 min | Flat, easy — Wander the preserved 19th-century streets — Aðalgata and Frúarstígur — lined with brightly painted…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6:53AM–7:56PM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cruiseports.org/stykkisholmur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Stykkishólmur, Snæfellsnes,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ykkisholm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Stykkishólmskirkja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Súgandisey Island Light Beacon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Bjarnarhöfn Shark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Good view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