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Syros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Far from the whitewashed clichés of Mykonos, Syros is a living 19th-century city — neoclassical mansions, a marble main square, and a hilltop medieval quarter all walkable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6–9 hrs · 💶 Euro (EUR)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walk straight into Ermoupoli (no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Miaouli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history, local food &amp;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Ano Syros medieval quarter &amp; Apollo Theater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€12–20 — Taxis queue at the port and are generally affordable. A 15-minute ride to coastal villages like Azolimnos runs €12–20;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Miaouli Square &amp; Neoclassical Ermoupoli — </w:t>
      </w:r>
      <w:r>
        <w:rPr>
          <w:rFonts w:ascii="Arial" w:hAnsi="Arial" w:cs="Arial"/>
          <w:b w:val="0"/>
          <w:i w:val="0"/>
          <w:sz w:val="20"/>
        </w:rPr>
        <w:t>Stroll the marble-paved Miaouli Square, admire Ernst Ziller's grand Town Hall, and wander the Vaporia district — the clifftop…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Ano Syros Medieval Quarter — </w:t>
      </w:r>
      <w:r>
        <w:rPr>
          <w:rFonts w:ascii="Arial" w:hAnsi="Arial" w:cs="Arial"/>
          <w:b w:val="0"/>
          <w:i w:val="0"/>
          <w:sz w:val="20"/>
        </w:rPr>
        <w:t>Taxi to the top and wander the 13th-century Catholic hill town: labyrinthine alleys, arched passages, and panoramic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Apollo Theater — </w:t>
      </w:r>
      <w:r>
        <w:rPr>
          <w:rFonts w:ascii="Arial" w:hAnsi="Arial" w:cs="Arial"/>
          <w:b w:val="0"/>
          <w:i w:val="0"/>
          <w:sz w:val="20"/>
        </w:rPr>
        <w:t>A miniature La Scala built in 1864, Ermoupoli's Apollo Theater is a jaw-dropper.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Asteria Beach &amp; Vaporia Swim — </w:t>
      </w:r>
      <w:r>
        <w:rPr>
          <w:rFonts w:ascii="Arial" w:hAnsi="Arial" w:cs="Arial"/>
          <w:b w:val="0"/>
          <w:i w:val="0"/>
          <w:sz w:val="20"/>
        </w:rPr>
        <w:t>Not sand — but the Asteria concrete lido platform in the Vaporia district offers crystal-clear deep water, loungers,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Galissas or Kini Beach — </w:t>
      </w:r>
      <w:r>
        <w:rPr>
          <w:rFonts w:ascii="Arial" w:hAnsi="Arial" w:cs="Arial"/>
          <w:b w:val="0"/>
          <w:i w:val="0"/>
          <w:sz w:val="20"/>
        </w:rPr>
        <w:t>Hop the KTEL bus (€2 each way, ~15–20 min) to Galissas — a sheltered sandy bay with calm water and tavernas — or Kini, a fishing…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Vaporia Loop: </w:t>
      </w:r>
      <w:r>
        <w:rPr>
          <w:rFonts w:ascii="Arial" w:hAnsi="Arial" w:cs="Arial"/>
          <w:b w:val="0"/>
          <w:i w:val="0"/>
          <w:sz w:val="20"/>
        </w:rPr>
        <w:t>3.5 km · 50 min · Easy — From the pier, walk to Miaouli Square, detour through the Apollo Theater, continue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Ano Syros Descent: </w:t>
      </w:r>
      <w:r>
        <w:rPr>
          <w:rFonts w:ascii="Arial" w:hAnsi="Arial" w:cs="Arial"/>
          <w:b w:val="0"/>
          <w:i w:val="0"/>
          <w:sz w:val="20"/>
        </w:rPr>
        <w:t>1.5 km downhill · 25 min · Easy down — Take a taxi to the top gate (Kamara) of Ano Syros, wander the medieval alleys at your own pace…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cruiseports.org/syros-island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Syros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r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Industrial museum of Ermoupolis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Resistance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Kini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Vaporia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 of Santa Pakú (Obbedienza)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Syros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Miaouli Square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