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Tobago Cays, Saint Vincent and the Grenadines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Five uninhabited emerald islets ringed by the Horseshoe Reef — no roads, no resorts, just some of the Caribbean's clearest water and a beach full of wild sea turtles waiting to meet you.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only (no pier) · 🕒 Typical call: 5–8 hrs · 💵 USD / Eastern Caribbean Dollar · 🗣️ English · 🐢 Marine park — small ships only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outside Horseshoe Reef; no pier exists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Ships Allowed: </w:t>
      </w:r>
      <w:r>
        <w:rPr>
          <w:rFonts w:ascii="Arial" w:hAnsi="Arial" w:cs="Arial"/>
          <w:b w:val="0"/>
          <w:i w:val="0"/>
          <w:sz w:val="20"/>
        </w:rPr>
        <w:t>Small/luxury ships under ~400 passengers (large mega-ships cannot visit)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Snorkeling, swimming with sea turtles, beach BBQ, pure Caribbean escape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Turtle sanctuary at Baradal, Horseshoe Reef snorkeling, Petit Bateau summit view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$30–$50 USD per person round-trip — Shared water taxis run from nearby Union Island and Mayreau to the Cays. A useful option for independent travelers or ex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Turtle Sanctuary Swim at Baradal — </w:t>
      </w:r>
      <w:r>
        <w:rPr>
          <w:rFonts w:ascii="Arial" w:hAnsi="Arial" w:cs="Arial"/>
          <w:b w:val="0"/>
          <w:i w:val="0"/>
          <w:sz w:val="20"/>
        </w:rPr>
        <w:t>The shallows off Baradal Cay are one of the Caribbean's most reliable spots to swim freely alongside wild green and hawksbill sea…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Horseshoe Reef Snorkel — </w:t>
      </w:r>
      <w:r>
        <w:rPr>
          <w:rFonts w:ascii="Arial" w:hAnsi="Arial" w:cs="Arial"/>
          <w:b w:val="0"/>
          <w:i w:val="0"/>
          <w:sz w:val="20"/>
        </w:rPr>
        <w:t>This 4km barrier reef shelters the cays from the Atlantic.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Petit Bateau Summit Hike — </w:t>
      </w:r>
      <w:r>
        <w:rPr>
          <w:rFonts w:ascii="Arial" w:hAnsi="Arial" w:cs="Arial"/>
          <w:b w:val="0"/>
          <w:i w:val="0"/>
          <w:sz w:val="20"/>
        </w:rPr>
        <w:t>A short, slightly steep trail climbs to the top of Petit Bateau for a 360-degree panorama of the Horseshoe Reef, all five cays…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Iguana Trail, Baradal Cay — </w:t>
      </w:r>
      <w:r>
        <w:rPr>
          <w:rFonts w:ascii="Arial" w:hAnsi="Arial" w:cs="Arial"/>
          <w:b w:val="0"/>
          <w:i w:val="0"/>
          <w:sz w:val="20"/>
        </w:rPr>
        <w:t>Walk inland through Baradal's dry forest to spot dozens of large, brilliantly colored iguanas basking in the trees.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Petit Tabac — The Pirates of the Caribbean Island — </w:t>
      </w:r>
      <w:r>
        <w:rPr>
          <w:rFonts w:ascii="Arial" w:hAnsi="Arial" w:cs="Arial"/>
          <w:b w:val="0"/>
          <w:i w:val="0"/>
          <w:sz w:val="20"/>
        </w:rPr>
        <w:t>This narrow sand-spit beyond the Horseshoe Reef is where Captain Jack Sparrow and Elizabeth Swann were marooned in the first…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Baradal Turtle Beach &amp; Iguana Trail: </w:t>
      </w:r>
      <w:r>
        <w:rPr>
          <w:rFonts w:ascii="Arial" w:hAnsi="Arial" w:cs="Arial"/>
          <w:b w:val="0"/>
          <w:i w:val="0"/>
          <w:sz w:val="20"/>
        </w:rPr>
        <w:t>Easy · 30–60 min · flat beach + gentle trail — From the tender landing on Baradal, walk along the beach to the turtle sanctuary buoys, then follow…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Petit Bateau Beach to Summit: </w:t>
      </w:r>
      <w:r>
        <w:rPr>
          <w:rFonts w:ascii="Arial" w:hAnsi="Arial" w:cs="Arial"/>
          <w:b w:val="0"/>
          <w:i w:val="0"/>
          <w:sz w:val="20"/>
        </w:rPr>
        <w:t>Moderate · 30–45 min · short steep climb — Land on Petit Bateau's leeward beach, then take the dirt path to the island's high point for…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5:40AM–6:23PM · Jul 5:47AM–6:35PM · Sep 5:54AM–6:06PM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cruiseports.org/tobago-cays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Tobago Cays, Saint Vincent and the Grenadines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obago-cay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Kiteboarding Cruise - Caribbean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Anse La Roche Bay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