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Tomonoura, Hiroshima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Japan's most unchanged harbor towns, Tomonoura waited for favorable winds in the Edo era — and still feels like time stopped. The circular stone quay, narrow alleys, and hilltop temples inspired Hayao Miyazaki to set Ponyo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(historic harbor, no cruise pier) · 🕒 Typical call: 6–8 hrs · 💴 Japanese Yen (JPY) — carry cash · 🗣️ Japanese (very little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into Tomonoura Ferry Terminal; larger ships dock at Fukuyama Port (~15 km away)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tender dock — entire village is walkable in 15–20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Japanese culture, quiet photography, seafood lunch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Fukuzenji Temple view, Joyato lighthouse, Homeishu tasting at Okamoto Brewery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¥4,400–¥5,500 (~$27–$34 USD) one way — Metered taxis (Rose Taxi, Green Taxi, Asahi Taxi) connect Tomonoura to Fukuyama Station in about 15 minutes. Within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Tomonoura Village Walking Tour — </w:t>
      </w:r>
      <w:r>
        <w:rPr>
          <w:rFonts w:ascii="Arial" w:hAnsi="Arial" w:cs="Arial"/>
          <w:b w:val="0"/>
          <w:i w:val="0"/>
          <w:sz w:val="20"/>
        </w:rPr>
        <w:t>Wander the Edo-period townscape: Joyato stone lighthouse, cobblestone alleys, the Ota Residence (preserved merchant complex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Fukuzenji Temple &amp; Best View in Japan — </w:t>
      </w:r>
      <w:r>
        <w:rPr>
          <w:rFonts w:ascii="Arial" w:hAnsi="Arial" w:cs="Arial"/>
          <w:b w:val="0"/>
          <w:i w:val="0"/>
          <w:sz w:val="20"/>
        </w:rPr>
        <w:t>In 1711 a Korean royal envoy declared the view from Fukuzenji's Taichoro Hall 'the most beautiful scenic view East of Korea.'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Sensuijima Island Day Trip — </w:t>
      </w:r>
      <w:r>
        <w:rPr>
          <w:rFonts w:ascii="Arial" w:hAnsi="Arial" w:cs="Arial"/>
          <w:b w:val="0"/>
          <w:i w:val="0"/>
          <w:sz w:val="20"/>
        </w:rPr>
        <w:t>A 5-minute retro ferry ride from the harbor takes you to this small island with a quiet sandy beach (clear water, summer…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Tai-meshi Seafood Lunch — </w:t>
      </w:r>
      <w:r>
        <w:rPr>
          <w:rFonts w:ascii="Arial" w:hAnsi="Arial" w:cs="Arial"/>
          <w:b w:val="0"/>
          <w:i w:val="0"/>
          <w:sz w:val="20"/>
        </w:rPr>
        <w:t>Tomonoura's signature dish is tai-meshi — whole red sea bream slow-cooked with rice in a clay pot with soy sauce and sake.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Fukuyama Castle (if docking at Fukuyama Port) — </w:t>
      </w:r>
      <w:r>
        <w:rPr>
          <w:rFonts w:ascii="Arial" w:hAnsi="Arial" w:cs="Arial"/>
          <w:b w:val="0"/>
          <w:i w:val="0"/>
          <w:sz w:val="20"/>
        </w:rPr>
        <w:t>If your shuttle drops you at Fukuyama Station, the castle is literally visible from the platform.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Hilltop: Tomonoura Core Loop: </w:t>
      </w:r>
      <w:r>
        <w:rPr>
          <w:rFonts w:ascii="Arial" w:hAnsi="Arial" w:cs="Arial"/>
          <w:b w:val="0"/>
          <w:i w:val="0"/>
          <w:sz w:val="20"/>
        </w:rPr>
        <w:t>1.5 km · ~45 min · Easy · Free (except optional paid sites) — From the ferry terminal, walk past the Joyato lighthouse to Fukuzenji Temple for the famous Seto…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Sensuijima Coastal Trail: </w:t>
      </w:r>
      <w:r>
        <w:rPr>
          <w:rFonts w:ascii="Arial" w:hAnsi="Arial" w:cs="Arial"/>
          <w:b w:val="0"/>
          <w:i w:val="0"/>
          <w:sz w:val="20"/>
        </w:rPr>
        <w:t>1 km loop · 30 min · Easy · Ferry required (~240 JPY) — Take the short harbour ferry to Sensuijima Island and walk the Goshiki-iwa (Five-Colored Rocks)…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cruiseports.org/tomonoura-fukuyama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Tomonoura, Hiroshima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monoura-fukuya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Fukuzenji Temple Taichoroh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Enpuku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CRESCENT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Miroku no Sato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福山市ぬまくま文化館（枝広邸）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Tomonoura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Fukuyama Museum Of Literature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