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Tórshavn, Faroe Islands,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smallest capitals, Tórshavn is a storybook cluster of turf-roofed Viking houses perched on a North Atlantic harbor — where the parliament has met since the 9th century and 80,000 sheep outnumber the people.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(Skansabryggjan or Molain quay) · 🕒 Typical call: 7-10 hrs · 💵 Danish Krone (DKK) — nearly cashless · 🗣️ Faroese &amp; Danish; English widely spoken · 🌧️ Pack layers &amp; waterproofs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Pier-side at Skansabryggjan or Molain quay; tender extremely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Skansabryggjan; 15-20 min from Molain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history, turf-roof architecture, dramatic island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Tinganes old town peninsula and Kirkjubøur medieval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DKK 75+ flag fall (~+) — Local taxis are available near the port (taxi.fo). Sightseeing charters run ~DKK 550–875/hr. Pre-booking recommended 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Kirkjubøur: Faroe Islands' Historic Heart — </w:t>
      </w:r>
      <w:r>
        <w:rPr>
          <w:rFonts w:ascii="Arial" w:hAnsi="Arial" w:cs="Arial"/>
          <w:b w:val="0"/>
          <w:i w:val="0"/>
          <w:sz w:val="20"/>
        </w:rPr>
        <w:t>A 20-minute drive south, Kirkjubøur holds the ruins of a 13th-century Gothic cathedral, a still-active medieval church,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Vestmanna Sea Cliffs Boat Tour — </w:t>
      </w:r>
      <w:r>
        <w:rPr>
          <w:rFonts w:ascii="Arial" w:hAnsi="Arial" w:cs="Arial"/>
          <w:b w:val="0"/>
          <w:i w:val="0"/>
          <w:sz w:val="20"/>
        </w:rPr>
        <w:t>Cruise through sea caves and alongside 480 m basalt cliffs teeming with guillemots, kittiwakes, and puffins on this classic…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Highlights: Fossá Waterfall &amp; Saksun — </w:t>
      </w:r>
      <w:r>
        <w:rPr>
          <w:rFonts w:ascii="Arial" w:hAnsi="Arial" w:cs="Arial"/>
          <w:b w:val="0"/>
          <w:i w:val="0"/>
          <w:sz w:val="20"/>
        </w:rPr>
        <w:t>Drive north on Streymoy to visit Fossá — one of the Faroes' tallest waterfalls — then continue to Saksun, a remote lagoon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&amp; Birdwatching Boat Around Nólsoy — </w:t>
      </w:r>
      <w:r>
        <w:rPr>
          <w:rFonts w:ascii="Arial" w:hAnsi="Arial" w:cs="Arial"/>
          <w:b w:val="0"/>
          <w:i w:val="0"/>
          <w:sz w:val="20"/>
        </w:rPr>
        <w:t>A 2-hour boat trip circles the island of Nólsoy — home to one of the world's largest puffin colonies — giving close-up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Tórshavn Old Town Self-Guided Walk — </w:t>
      </w:r>
      <w:r>
        <w:rPr>
          <w:rFonts w:ascii="Arial" w:hAnsi="Arial" w:cs="Arial"/>
          <w:b w:val="0"/>
          <w:i w:val="0"/>
          <w:sz w:val="20"/>
        </w:rPr>
        <w:t>Explore Tinganes, the turf-roofed government peninsula, the Á Reyni residential quarter, Skansin Fort, and the harbor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Loop: Tinganes, Skansin &amp; the Waterfront: </w:t>
      </w:r>
      <w:r>
        <w:rPr>
          <w:rFonts w:ascii="Arial" w:hAnsi="Arial" w:cs="Arial"/>
          <w:b w:val="0"/>
          <w:i w:val="0"/>
          <w:sz w:val="20"/>
        </w:rPr>
        <w:t>1.5-2 hrs · Easy · Free — Start at Skansabryggjan pier, visit Skansin Fort for harbor views, continue along Vágsbotnur…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Cathedral, Park &amp; Art Museum: </w:t>
      </w:r>
      <w:r>
        <w:rPr>
          <w:rFonts w:ascii="Arial" w:hAnsi="Arial" w:cs="Arial"/>
          <w:b w:val="0"/>
          <w:i w:val="0"/>
          <w:sz w:val="20"/>
        </w:rPr>
        <w:t>1-1.5 hrs · Easy · Some paid entry — Walk up from the harbor to Tórshavn Cathedral (1788), continue to Viðarlundin city park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4:33AM–10:15PM · Jul 4:10AM–10:53PM · Sep 6:53AM–7:49PM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cruiseports.org/torshavn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Tórshavn, Faroe Islands,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shav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Vesturkirkjan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Skansin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Tjóðsavnið (Faroe Islands National 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Kirkjubømúrurin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Tórshavn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Tyggjara 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Kongaminnið (The King’s Monument)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