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Torvik, Møre og Romsdal,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handful of houses, a working pier, and the wild Norwegian coast stretching in every direction — Torvik is as authentic as cruise ports get. The reward for venturing out is Runde Island, home to 500,000 seabirds including 100,000 puffins.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(direct docking) · 🕒 Typical call: 15 min–7 hrs (varies by line) · 💵 Norwegian Krone (NOK) — cashless OK · 🗣️ Norwegian (English widely spoken) · 🐦 Best May–Aug for puffins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Torvik Kai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You're in "Torvik" at the gangway; nearest town (Fosnavåg) is 9 km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Puffin watching, coastal bridges, off-the-beaten-path Norway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Runde Bird Island (May–Aug) — one of Europe's great seabird spectacles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(metered) — Local taxis can be arranged through the cruise line or port staff. Useful for reaching trailheads or nearby towns like Ø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Runde Bird Island Puffin Tour — </w:t>
      </w:r>
      <w:r>
        <w:rPr>
          <w:rFonts w:ascii="Arial" w:hAnsi="Arial" w:cs="Arial"/>
          <w:b w:val="0"/>
          <w:i w:val="0"/>
          <w:sz w:val="20"/>
        </w:rPr>
        <w:t>Runde is one of Europe's largest seabird colonies, with up to 100,000 Atlantic puffins nesting May–August alongside gannets…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Herøy Archipelago Bridge Drive — </w:t>
      </w:r>
      <w:r>
        <w:rPr>
          <w:rFonts w:ascii="Arial" w:hAnsi="Arial" w:cs="Arial"/>
          <w:b w:val="0"/>
          <w:i w:val="0"/>
          <w:sz w:val="20"/>
        </w:rPr>
        <w:t>A network of high-arched Atlantic bridges leaps from island to island across open sea.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Herøy Coastal Museum (Herøy Kystmuseum) — </w:t>
      </w:r>
      <w:r>
        <w:rPr>
          <w:rFonts w:ascii="Arial" w:hAnsi="Arial" w:cs="Arial"/>
          <w:b w:val="0"/>
          <w:i w:val="0"/>
          <w:sz w:val="20"/>
        </w:rPr>
        <w:t>Open-air museum on the historic island of Herøya featuring 18th-century trade buildings, Viking-age exhibits, and restored…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Mulesanden Beach — </w:t>
      </w:r>
      <w:r>
        <w:rPr>
          <w:rFonts w:ascii="Arial" w:hAnsi="Arial" w:cs="Arial"/>
          <w:b w:val="0"/>
          <w:i w:val="0"/>
          <w:sz w:val="20"/>
        </w:rPr>
        <w:t>One of Norway's most beautiful beaches — a wide expanse of white sand flanked by dramatic Atlantic cliffs on Nerlandsøya island.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Torvik Pier to the Bridge Viewpoint: </w:t>
      </w:r>
      <w:r>
        <w:rPr>
          <w:rFonts w:ascii="Arial" w:hAnsi="Arial" w:cs="Arial"/>
          <w:b w:val="0"/>
          <w:i w:val="0"/>
          <w:sz w:val="20"/>
        </w:rPr>
        <w:t>0.8 km · 15 min · Easy · Free — Turn right from the pier and walk along the coastal road toward Torvikbrua (the bridge connecting…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cruiseports.org/torvik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Torvik, Møre og Romsdal,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orvi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Sundbåten- The harbour ferry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Atlantic Road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Kvernes Stave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Folkeparken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