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Ullapool, Wester Ross,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grid-planned 18th-century fishing village on the shores of Loch Broom, Ullapool punches well above its 1,500-person weight — superb seafood, dramatic Highland peaks, and an easy tender landing right in the village center.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(ships anchor in Loch Broom) · 🕒 Typical call: 7-9 hrs · 💷 Currency: British Pound (GBP) · 🗣️ Language: English (Gaelic bilingual signs) · 🌧️ Weather: changeable — always pack a waterproof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10-15 min ride to harbour pontoon in village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 min from tender pontoon to Shore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Scenery, seafood, Highland walks, local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Seafood Shack on the waterfront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£40–£50 round-trip (excursions) — Pre-booking strongly advised due to limited availability on ship days. Ulla Taxis (+44 7795 622627) and Ullapool Taxis (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Summer Isles Boat Cruise — </w:t>
      </w:r>
      <w:r>
        <w:rPr>
          <w:rFonts w:ascii="Arial" w:hAnsi="Arial" w:cs="Arial"/>
          <w:b w:val="0"/>
          <w:i w:val="0"/>
          <w:sz w:val="20"/>
        </w:rPr>
        <w:t>Board a wildlife boat from Ullapool harbour to explore the uninhabited Summer Isles archipelago — seals, puffins, porpoises,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Corrieshalloch Gorge &amp; Falls of Measach — </w:t>
      </w:r>
      <w:r>
        <w:rPr>
          <w:rFonts w:ascii="Arial" w:hAnsi="Arial" w:cs="Arial"/>
          <w:b w:val="0"/>
          <w:i w:val="0"/>
          <w:sz w:val="20"/>
        </w:rPr>
        <w:t>A spectacular 150-ft slot gorge 12 miles south of town, with a Victorian suspension bridge dangling over the chasm.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Ullapool Museum — </w:t>
      </w:r>
      <w:r>
        <w:rPr>
          <w:rFonts w:ascii="Arial" w:hAnsi="Arial" w:cs="Arial"/>
          <w:b w:val="0"/>
          <w:i w:val="0"/>
          <w:sz w:val="20"/>
        </w:rPr>
        <w:t>Housed in a Grade-A listed Thomas Telford church, this award-winning museum covers the Loch Broom area's fishing heritage,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Whisky &amp; Highland Culture at The Ceilidh Place — </w:t>
      </w:r>
      <w:r>
        <w:rPr>
          <w:rFonts w:ascii="Arial" w:hAnsi="Arial" w:cs="Arial"/>
          <w:b w:val="0"/>
          <w:i w:val="0"/>
          <w:sz w:val="20"/>
        </w:rPr>
        <w:t>Ullapool's best-known institution: a hotel, pub, restaurant, bookshop, and live music venue rolled into one on West Argyle Street.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Ullapool Hill (Meall Mor) Walk — </w:t>
      </w:r>
      <w:r>
        <w:rPr>
          <w:rFonts w:ascii="Arial" w:hAnsi="Arial" w:cs="Arial"/>
          <w:b w:val="0"/>
          <w:i w:val="0"/>
          <w:sz w:val="20"/>
        </w:rPr>
        <w:t>A well-marked trail from the edge of the village climbs to a hilltop monument with sweeping panoramas of Loch Broom, the Summer…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Shore Street Harbour Stroll: </w:t>
      </w:r>
      <w:r>
        <w:rPr>
          <w:rFonts w:ascii="Arial" w:hAnsi="Arial" w:cs="Arial"/>
          <w:b w:val="0"/>
          <w:i w:val="0"/>
          <w:sz w:val="20"/>
        </w:rPr>
        <w:t>30-45 min · Flat · Free — Walk the length of Shore Street from the ferry terminal south to the loch shore, stopping at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Ullapool Hill Summit: </w:t>
      </w:r>
      <w:r>
        <w:rPr>
          <w:rFonts w:ascii="Arial" w:hAnsi="Arial" w:cs="Arial"/>
          <w:b w:val="0"/>
          <w:i w:val="0"/>
          <w:sz w:val="20"/>
        </w:rPr>
        <w:t>1-1.5 hrs · Moderate ascent · Free — Head to the top of Broom Court to pick up the hill path.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Ullapool River &amp; Loch Shore Loop: </w:t>
      </w:r>
      <w:r>
        <w:rPr>
          <w:rFonts w:ascii="Arial" w:hAnsi="Arial" w:cs="Arial"/>
          <w:b w:val="0"/>
          <w:i w:val="0"/>
          <w:sz w:val="20"/>
        </w:rPr>
        <w:t>45-60 min · Flat · Free — A gentle loop from the village along the stony Loch Broom foreshore, around the small peninsula…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cruiseports.org/ullapool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Ullapool, Wester Ross,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llapoo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Ullapool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Meall Mhor - Ullapool Hill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Shearwater (Summer Queen) Cruises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Ardessie Falls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