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Ulvik, Vestland,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Norway's orchard village sits at the innermost bend of the Hardangerfjord — a compact, walkable place of fruit farms, cider tastings, mountain trails, and fjord reflections so still they look like mirrors.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6-8 hrs · 💵 Norwegian Krone (NOK) — cards everywhere · 🗣️ Norwegian (English widely spoken) · 🍎 Famous for Hardanger cider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the fjord; boats land at a floating pontoon in the village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Immediate — the tender pier IS the village center, next to Brakanes Hotel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Fjord scenery, cider trail, hiking, Norwegian village life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Hardanger Cider Route — walk uphill to working fruit farms for tastings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NOK 150–300 (local) — Taxis are scarce in Ulvik; book in advance through your cruise line or Brakanes Hotel. Base fare ~NOK 50–60 plus ~NOK 15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Hardanger Cider Route — </w:t>
      </w:r>
      <w:r>
        <w:rPr>
          <w:rFonts w:ascii="Arial" w:hAnsi="Arial" w:cs="Arial"/>
          <w:b w:val="0"/>
          <w:i w:val="0"/>
          <w:sz w:val="20"/>
        </w:rPr>
        <w:t>Walk uphill through orchards past cherry, apple, and plum trees to family-run farms including Ulvik Frukt &amp; Cideri and Syse Gard.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RIB Fjord Safari — </w:t>
      </w:r>
      <w:r>
        <w:rPr>
          <w:rFonts w:ascii="Arial" w:hAnsi="Arial" w:cs="Arial"/>
          <w:b w:val="0"/>
          <w:i w:val="0"/>
          <w:sz w:val="20"/>
        </w:rPr>
        <w:t>High-speed rigid inflatable boat tours depart near the tender pier and race into the narrow Osafjord and Eidfjord arms, passing…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Vøringsfossen &amp; Eidfjord Day Trip — </w:t>
      </w:r>
      <w:r>
        <w:rPr>
          <w:rFonts w:ascii="Arial" w:hAnsi="Arial" w:cs="Arial"/>
          <w:b w:val="0"/>
          <w:i w:val="0"/>
          <w:sz w:val="20"/>
        </w:rPr>
        <w:t>A guided coach or taxi excursion to Eidfjord and up to Vøringsfossen — one of Norway's most dramatic waterfalls, dropping 182 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Olav H. Hauge Centre — </w:t>
      </w:r>
      <w:r>
        <w:rPr>
          <w:rFonts w:ascii="Arial" w:hAnsi="Arial" w:cs="Arial"/>
          <w:b w:val="0"/>
          <w:i w:val="0"/>
          <w:sz w:val="20"/>
        </w:rPr>
        <w:t>A short walk from the pier, this interactive museum celebrates Norway's beloved poet Olav 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Elvadalen Valley Walk — </w:t>
      </w:r>
      <w:r>
        <w:rPr>
          <w:rFonts w:ascii="Arial" w:hAnsi="Arial" w:cs="Arial"/>
          <w:b w:val="0"/>
          <w:i w:val="0"/>
          <w:sz w:val="20"/>
        </w:rPr>
        <w:t>An easy trail starting near the village center that follows the Tysso River into the lush Elvadalen valley.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Loop &amp; Fjord Promenade: </w:t>
      </w:r>
      <w:r>
        <w:rPr>
          <w:rFonts w:ascii="Arial" w:hAnsi="Arial" w:cs="Arial"/>
          <w:b w:val="0"/>
          <w:i w:val="0"/>
          <w:sz w:val="20"/>
        </w:rPr>
        <w:t>1.5 km · 30 min · Easy · Free — From the tender pontoon, walk along the flat harbor promenade past benches and art installations…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Cider Route — Fruit Farm Walk: </w:t>
      </w:r>
      <w:r>
        <w:rPr>
          <w:rFonts w:ascii="Arial" w:hAnsi="Arial" w:cs="Arial"/>
          <w:b w:val="0"/>
          <w:i w:val="0"/>
          <w:sz w:val="20"/>
        </w:rPr>
        <w:t>5–8 km · 2-3 hrs · Moderate (sustained uphill) · Farm tasting fees — From the pier, head uphill on Sidervegen past thousands of apple, cherry, and plum trees.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4:50AM–10:08PM · Jul 4:31AM–10:43PM · Sep 7:00AM–7:53PM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cruiseports.org/ulvik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Ulvik, Vestland,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ulvik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Olav H. Hauge Center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Eidfjorden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