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Valdez,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"Little Switzerland of Alaska" sits at the head of a deep fjord in Prince William Sound, ringed by glaciated peaks and roaring waterfalls. It's a working Alaskan town with minimal crowds and maximum scenery.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USD · 🗣️ English · 🏔️ Glaciers &amp; wildlife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Kelsey Dock (downtown) or Container Terminal (~1.5 mi from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Kelsey Dock; ~30 min walk or shuttle from Container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cruises, kayaking, earthquake history,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Columbia Glacier boat tour — one of North America's great tidewater glaciers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– in town — Valdez Yellow Cars (907-835-2500) must be called in advance — no street hailing. Expect a 15–20 minute wait on cruise da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Columbia Glacier Marine Cruise — </w:t>
      </w:r>
      <w:r>
        <w:rPr>
          <w:rFonts w:ascii="Arial" w:hAnsi="Arial" w:cs="Arial"/>
          <w:b w:val="0"/>
          <w:i w:val="0"/>
          <w:sz w:val="20"/>
        </w:rPr>
        <w:t>One of North America's largest and fastest-retreating tidewater glaciers.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in Prince William Sound — </w:t>
      </w:r>
      <w:r>
        <w:rPr>
          <w:rFonts w:ascii="Arial" w:hAnsi="Arial" w:cs="Arial"/>
          <w:b w:val="0"/>
          <w:i w:val="0"/>
          <w:sz w:val="20"/>
        </w:rPr>
        <w:t>Valdez is a world-class kayaking destination.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Keystone Canyon &amp; Waterfalls — </w:t>
      </w:r>
      <w:r>
        <w:rPr>
          <w:rFonts w:ascii="Arial" w:hAnsi="Arial" w:cs="Arial"/>
          <w:b w:val="0"/>
          <w:i w:val="0"/>
          <w:sz w:val="20"/>
        </w:rPr>
        <w:t>A dramatic canyon just outside town with towering walls and spectacular falls — Bridal Veil Falls and Horsetail Falls.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Valdez Museum &amp; Earthquake History — </w:t>
      </w:r>
      <w:r>
        <w:rPr>
          <w:rFonts w:ascii="Arial" w:hAnsi="Arial" w:cs="Arial"/>
          <w:b w:val="0"/>
          <w:i w:val="0"/>
          <w:sz w:val="20"/>
        </w:rPr>
        <w:t>The 9.2-magnitude 1964 Good Friday Earthquake leveled the original Valdez and triggered a massive tsunami.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Solomon Gulch Hatchery &amp; Wildlife Viewing — </w:t>
      </w:r>
      <w:r>
        <w:rPr>
          <w:rFonts w:ascii="Arial" w:hAnsi="Arial" w:cs="Arial"/>
          <w:b w:val="0"/>
          <w:i w:val="0"/>
          <w:sz w:val="20"/>
        </w:rPr>
        <w:t>Millions of pink and coho salmon return here in July–August, drawing bald eagles, sea lions, harbor seals, and black bears.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Harbor Loop: </w:t>
      </w:r>
      <w:r>
        <w:rPr>
          <w:rFonts w:ascii="Arial" w:hAnsi="Arial" w:cs="Arial"/>
          <w:b w:val="0"/>
          <w:i w:val="0"/>
          <w:sz w:val="20"/>
        </w:rPr>
        <w:t>~1 mile | Easy | 30 min — From Kelsey Dock, stroll along the small boat harbor to the Valdez Museum on Egan Drive,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Point Trail: </w:t>
      </w:r>
      <w:r>
        <w:rPr>
          <w:rFonts w:ascii="Arial" w:hAnsi="Arial" w:cs="Arial"/>
          <w:b w:val="0"/>
          <w:i w:val="0"/>
          <w:sz w:val="20"/>
        </w:rPr>
        <w:t>1-mile loop | Easy | 45 min — A beautiful loop trail at the edge of the harbor offering views of the bay, salt marshes,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Valdez Town Site: </w:t>
      </w:r>
      <w:r>
        <w:rPr>
          <w:rFonts w:ascii="Arial" w:hAnsi="Arial" w:cs="Arial"/>
          <w:b w:val="0"/>
          <w:i w:val="0"/>
          <w:sz w:val="20"/>
        </w:rPr>
        <w:t>~4 miles from dock | Moderate (requires taxi/tour) | 1 hr — The haunting foundations of original Valdez, destroyed by the 1964 earthquake.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4:58AM–10:27PM · Jul 4:39AM–11:01PM · Sep 7:13AM–8:05PM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cruiseports.org/valdez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Valdez,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lde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Shoup Bay Trail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Valdez Glacier Lake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