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Vernon, Normandy,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picture-perfect Norman town on the Seine, Vernon is the doorstep to Giverny — where Monet painted his water lilies — and a gentle slice of authentic French life all its 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dock (no tender) · 🕒 Typical call: 7-9 hrs · 💶 Currency: Euro (€) · 🗣️ Language: French · 🌸 Seasonal: Giverny open Apr–Oct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berth alongside quay; ships dock in the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stroll from dock to Vernon's historic core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Monet's Giverny gardens, Impressionist art, Norman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Old Mill (Vieux-Moulin) straddling the medieval bridge on the Seine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~€15–20 one-way to Giverny — Taxis are available in Vernon for on-demand trips to Giverny and beyond. Pre-booking is advisable during peak season (Ma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Monet's House &amp; Gardens, Giverny — </w:t>
      </w:r>
      <w:r>
        <w:rPr>
          <w:rFonts w:ascii="Arial" w:hAnsi="Arial" w:cs="Arial"/>
          <w:b w:val="0"/>
          <w:i w:val="0"/>
          <w:sz w:val="20"/>
        </w:rPr>
        <w:t>Walk through the Clos Normand flower garden and the famous Japanese-bridge Water Garden that inspired Monet's Water Lilies series.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of Impressionism, Giverny — </w:t>
      </w:r>
      <w:r>
        <w:rPr>
          <w:rFonts w:ascii="Arial" w:hAnsi="Arial" w:cs="Arial"/>
          <w:b w:val="0"/>
          <w:i w:val="0"/>
          <w:sz w:val="20"/>
        </w:rPr>
        <w:t>A world-class museum devoted to the Impressionist movement and the American artists who flocked to Giverny in Monet's wake.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Gaillard &amp; Les Andelys — </w:t>
      </w:r>
      <w:r>
        <w:rPr>
          <w:rFonts w:ascii="Arial" w:hAnsi="Arial" w:cs="Arial"/>
          <w:b w:val="0"/>
          <w:i w:val="0"/>
          <w:sz w:val="20"/>
        </w:rPr>
        <w:t>Richard the Lionheart's dramatic clifftop castle towers above the Seine just 30 km upriver.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Rouen — Gothic City on the Seine — </w:t>
      </w:r>
      <w:r>
        <w:rPr>
          <w:rFonts w:ascii="Arial" w:hAnsi="Arial" w:cs="Arial"/>
          <w:b w:val="0"/>
          <w:i w:val="0"/>
          <w:sz w:val="20"/>
        </w:rPr>
        <w:t>Joan of Arc's city and home to one of France's finest Gothic cathedrals — the same façade Monet painted 30 times.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Seine Valley Bike Ride — </w:t>
      </w:r>
      <w:r>
        <w:rPr>
          <w:rFonts w:ascii="Arial" w:hAnsi="Arial" w:cs="Arial"/>
          <w:b w:val="0"/>
          <w:i w:val="0"/>
          <w:sz w:val="20"/>
        </w:rPr>
        <w:t>Rent a bicycle near Vernon station and pedal the flat greenway to Giverny along the Seine — a 5 km scenic ride through…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Vernon Old Town &amp; Seine Waterfront: </w:t>
      </w:r>
      <w:r>
        <w:rPr>
          <w:rFonts w:ascii="Arial" w:hAnsi="Arial" w:cs="Arial"/>
          <w:b w:val="0"/>
          <w:i w:val="0"/>
          <w:sz w:val="20"/>
        </w:rPr>
        <w:t>1.5 km · ~45 min · Easy — From the quay, walk along the riverfront to the iconic Vieux-Moulin (Old Mill) on the medieval…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Bike or Walk to Giverny: </w:t>
      </w:r>
      <w:r>
        <w:rPr>
          <w:rFonts w:ascii="Arial" w:hAnsi="Arial" w:cs="Arial"/>
          <w:b w:val="0"/>
          <w:i w:val="0"/>
          <w:sz w:val="20"/>
        </w:rPr>
        <w:t>5 km one way · ~25 min by bike · Flat — A dedicated cycle/walking path traces the Seine valley from Vernon's train station area straight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6:11AM–9:30PM · Jul 6:06AM–9:53PM · Sep 7:30AM–8:06PM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cruiseports.org/vernon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Vernon, Normandy,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ern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Claude Monet's House and Gardens - Giverny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Troglodyte church of the Annunciation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of La Roche-Guyon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Impressionism Giverny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Monet's Train - Givernon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Chemin de Fer de la Vallée de l'Eure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 Agutte-Sembat VIVHAS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Blanche Hoschedé-Monet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