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Vibo Valentia, Calabria,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southern Italian gem on the Coast of the Gods — where a medieval hilltop castle overlooks turquoise waters and the road to Tropea begins at your gangway.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 ships dock; larger may tender) · 🕒 Typical call: 7-9 hrs · 💶 Currency: Euro (carry cash) · 🗣️ Language: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Vibo Marina; occasional tender for larger vessels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to marina promenade; hilltop city 6 km — taxi or 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authentic Calabrian food, day trips to Tropea or Pizzo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Norman-Swabian Castle &amp; the Golden Tablet of Orpheus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€40–€55 — Taxis wait at the pier and offer the fastest transfer to Tropea (~25 min) or up to Vibo Valentia city (~10 min, €10–€15)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Norman-Swabian Castle &amp; Archaeological Museum — </w:t>
      </w:r>
      <w:r>
        <w:rPr>
          <w:rFonts w:ascii="Arial" w:hAnsi="Arial" w:cs="Arial"/>
          <w:b w:val="0"/>
          <w:i w:val="0"/>
          <w:sz w:val="20"/>
        </w:rPr>
        <w:t>Frederick II's 13th-century hilltop fortress built on a Greek acropolis.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Tropea — Cliffside Town &amp; Beach — </w:t>
      </w:r>
      <w:r>
        <w:rPr>
          <w:rFonts w:ascii="Arial" w:hAnsi="Arial" w:cs="Arial"/>
          <w:b w:val="0"/>
          <w:i w:val="0"/>
          <w:sz w:val="20"/>
        </w:rPr>
        <w:t>Calabria's most photogenic destination, 35 minutes south.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Pizzo &amp; Tartufo Tasting — </w:t>
      </w:r>
      <w:r>
        <w:rPr>
          <w:rFonts w:ascii="Arial" w:hAnsi="Arial" w:cs="Arial"/>
          <w:b w:val="0"/>
          <w:i w:val="0"/>
          <w:sz w:val="20"/>
        </w:rPr>
        <w:t>The small cliff-top fishing town of Pizzo, 15 minutes north, is the birthplace of Tartufo di Pizzo — a globe of hazelnut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Vibo Valentia Historic Center Walk — </w:t>
      </w:r>
      <w:r>
        <w:rPr>
          <w:rFonts w:ascii="Arial" w:hAnsi="Arial" w:cs="Arial"/>
          <w:b w:val="0"/>
          <w:i w:val="0"/>
          <w:sz w:val="20"/>
        </w:rPr>
        <w:t>Wander the ancient lanes of the hilltop centro storico — cobblestone alleys flanked by yellow-stone palazzi, quiet piazzas,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Beaches near Vibo Marina — </w:t>
      </w:r>
      <w:r>
        <w:rPr>
          <w:rFonts w:ascii="Arial" w:hAnsi="Arial" w:cs="Arial"/>
          <w:b w:val="0"/>
          <w:i w:val="0"/>
          <w:sz w:val="20"/>
        </w:rPr>
        <w:t>The local Spiaggia di Vibo Marina is a 10-minute walk from the pier — sandy, clean, and used by locals.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Promenade Stroll: </w:t>
      </w:r>
      <w:r>
        <w:rPr>
          <w:rFonts w:ascii="Arial" w:hAnsi="Arial" w:cs="Arial"/>
          <w:b w:val="0"/>
          <w:i w:val="0"/>
          <w:sz w:val="20"/>
        </w:rPr>
        <w:t>0.5 km · 15 min · Flat · Easy — A leisurely flat walk along the seafront from the cruise pier to the local beach and back.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Hilltop Historic Center: </w:t>
      </w:r>
      <w:r>
        <w:rPr>
          <w:rFonts w:ascii="Arial" w:hAnsi="Arial" w:cs="Arial"/>
          <w:b w:val="0"/>
          <w:i w:val="0"/>
          <w:sz w:val="20"/>
        </w:rPr>
        <w:t>1.5 km loop · 45-60 min · Moderate (after taxi up) — From the castle, wander the centro storico lanes to the Cathedral and then to the Belvedere Grande…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5:43AM–8:00PM · Jul 5:43AM–8:19PM · Sep 6:37AM–7:03PM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cruiseports.org/vibo-valentia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Vibo Valentia, Calabria,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bo-valent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Imbarco Escursioni da Vibo Marina Isole Eolie Savadori Navigazione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Castello Murat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Piedigrotta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Spiaggia di Bivona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Papaglionti Vecchia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Bivona Paradise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Rock Settlement and Museum of Rural Life of Zungri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Bivona Castle (VV)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