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Washington, DC,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cruise port that puts you steps from the most powerful address on earth. Small ships dock right at The Wharf — monuments, museums, and history await, most of it completely free.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The Wharf (small ships only) · 🕒 Typical call: full day · 💵 USD · 🗣️ English · 🏛️ World-class free museums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The Wharf, SW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Mall: </w:t>
      </w:r>
      <w:r>
        <w:rPr>
          <w:rFonts w:ascii="Arial" w:hAnsi="Arial" w:cs="Arial"/>
          <w:b w:val="0"/>
          <w:i w:val="0"/>
          <w:sz w:val="20"/>
        </w:rPr>
        <w:t>~15 min (0.8 mi) to Smithsonian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monuments, world-class free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National Mall — Lincoln Memorial to the Capitol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Metered taxis are plentiful; the National Mall is roughly $5–7 away. Fare starts at $4 for the first 1/8 mile, then $2.5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Mall Monument Walk — </w:t>
      </w:r>
      <w:r>
        <w:rPr>
          <w:rFonts w:ascii="Arial" w:hAnsi="Arial" w:cs="Arial"/>
          <w:b w:val="0"/>
          <w:i w:val="0"/>
          <w:sz w:val="20"/>
        </w:rPr>
        <w:t>A 2-mile stretch from the Lincoln Memorial past the WWII and Vietnam memorials to the Washington Monument and Capitol.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Smithsonian Museum Immersion — </w:t>
      </w:r>
      <w:r>
        <w:rPr>
          <w:rFonts w:ascii="Arial" w:hAnsi="Arial" w:cs="Arial"/>
          <w:b w:val="0"/>
          <w:i w:val="0"/>
          <w:sz w:val="20"/>
        </w:rPr>
        <w:t>The world's largest museum complex — Air &amp; Space, Natural History (Hope Diamond), American History (Star-Spangled Banner) —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U.S. Capitol &amp; Library of Congress — </w:t>
      </w:r>
      <w:r>
        <w:rPr>
          <w:rFonts w:ascii="Arial" w:hAnsi="Arial" w:cs="Arial"/>
          <w:b w:val="0"/>
          <w:i w:val="0"/>
          <w:sz w:val="20"/>
        </w:rPr>
        <w:t>Tour the Capitol's Visitor Center for free — advance reservations recommended.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International Spy Museum — </w:t>
      </w:r>
      <w:r>
        <w:rPr>
          <w:rFonts w:ascii="Arial" w:hAnsi="Arial" w:cs="Arial"/>
          <w:b w:val="0"/>
          <w:i w:val="0"/>
          <w:sz w:val="20"/>
        </w:rPr>
        <w:t>Hands-on espionage museum where you take on a cover identity and work through interactive missions.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Arlington National Cemetery — </w:t>
      </w:r>
      <w:r>
        <w:rPr>
          <w:rFonts w:ascii="Arial" w:hAnsi="Arial" w:cs="Arial"/>
          <w:b w:val="0"/>
          <w:i w:val="0"/>
          <w:sz w:val="20"/>
        </w:rPr>
        <w:t>Cross the Potomac into Virginia to witness the solemn Changing of the Guard at the Tomb of the Unknown Soldier and pay respects…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Wharf to Lincoln Memorial: </w:t>
      </w:r>
      <w:r>
        <w:rPr>
          <w:rFonts w:ascii="Arial" w:hAnsi="Arial" w:cs="Arial"/>
          <w:b w:val="0"/>
          <w:i w:val="0"/>
          <w:sz w:val="20"/>
        </w:rPr>
        <w:t>1.5 miles · ~30 min one-way · Flat — Walk north along the waterfront, then turn up 15th St SW past the new development to the Tidal…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Mall East: Smithsonians to the Capitol: </w:t>
      </w:r>
      <w:r>
        <w:rPr>
          <w:rFonts w:ascii="Arial" w:hAnsi="Arial" w:cs="Arial"/>
          <w:b w:val="0"/>
          <w:i w:val="0"/>
          <w:sz w:val="20"/>
        </w:rPr>
        <w:t>1.2 miles · ~25 min one-way · Flat — Walk the east half of the Mall from the Washington Monument past the Smithsonian Castle, Natural…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5:55AM–8:13PM · Jul 5:55AM–8:32PM · Sep 6:50AM–7:15PM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cruiseports.org/washington-dc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Washington, DC,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shington-d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Smithsonian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Building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Smithsonian National Zoological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Gallery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Smithsonian National Museum of Natural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Library of Congress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