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Yasawa Island, Yasawa Islands, Fiji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Fiji's most remote and spectacular island chains, the Yasawas deliver untouched beaches, legendary limestone caves, and some of the Pacific's best manta ray encounters — all with no roads, no cars, and blissfully little else.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6–8 hrs · 💵 Fijian Dollar (FJD) · 🗣️ Fijian &amp;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offshore at Yasawairara or near Yasawa Island Resort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 town center; landing is at beach or resort; no roads or cars on island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manta ray swims (May–Oct), cave exploration, village visits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Sawa-i-Lau limestone caves and the Blue Lagoon at Nanuya Levu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FJD 100–500+ per trip — Private boat charters can take you to nearby snorkeling sites, sea caves, or other beaches. Prices vary widely by distan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Sawa-i-Lau Limestone Caves — </w:t>
      </w:r>
      <w:r>
        <w:rPr>
          <w:rFonts w:ascii="Arial" w:hAnsi="Arial" w:cs="Arial"/>
          <w:b w:val="0"/>
          <w:i w:val="0"/>
          <w:sz w:val="20"/>
        </w:rPr>
        <w:t>Explore extraordinary limestone caverns in the northern Yasawas, featuring luminous saltwater swimming pools.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Swim with Manta Rays at Drawaqa — </w:t>
      </w:r>
      <w:r>
        <w:rPr>
          <w:rFonts w:ascii="Arial" w:hAnsi="Arial" w:cs="Arial"/>
          <w:b w:val="0"/>
          <w:i w:val="0"/>
          <w:sz w:val="20"/>
        </w:rPr>
        <w:t>Between May and October, manta rays gather in a shallow channel off Drawaqa Island to feed.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Blue Lagoon at Nanuya Levu — </w:t>
      </w:r>
      <w:r>
        <w:rPr>
          <w:rFonts w:ascii="Arial" w:hAnsi="Arial" w:cs="Arial"/>
          <w:b w:val="0"/>
          <w:i w:val="0"/>
          <w:sz w:val="20"/>
        </w:rPr>
        <w:t>Visit the filming location of the 1980 movie 'The Blue Lagoon' — a stunningly clear turquoise lagoon with white-sand beaches…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Fijian Village Visit — </w:t>
      </w:r>
      <w:r>
        <w:rPr>
          <w:rFonts w:ascii="Arial" w:hAnsi="Arial" w:cs="Arial"/>
          <w:b w:val="0"/>
          <w:i w:val="0"/>
          <w:sz w:val="20"/>
        </w:rPr>
        <w:t>Visit a local village such as Naisisili on Nacula Island for a traditional welcome ceremony, kava tasting, and insight into…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&amp; Scuba Diving — </w:t>
      </w:r>
      <w:r>
        <w:rPr>
          <w:rFonts w:ascii="Arial" w:hAnsi="Arial" w:cs="Arial"/>
          <w:b w:val="0"/>
          <w:i w:val="0"/>
          <w:sz w:val="20"/>
        </w:rPr>
        <w:t>The Yasawa reefs are among Fiji's most pristine — vibrant coral gardens, tropical fish, and clear visibility make for exceptional…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Yasawairara Village Stroll: </w:t>
      </w:r>
      <w:r>
        <w:rPr>
          <w:rFonts w:ascii="Arial" w:hAnsi="Arial" w:cs="Arial"/>
          <w:b w:val="0"/>
          <w:i w:val="0"/>
          <w:sz w:val="20"/>
        </w:rPr>
        <w:t>Easy · ~1 km · 20–30 min — From the tender beach landing, a short walk brings you through Yasawairara, the main village 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Nacula Island Ridge Walk: </w:t>
      </w:r>
      <w:r>
        <w:rPr>
          <w:rFonts w:ascii="Arial" w:hAnsi="Arial" w:cs="Arial"/>
          <w:b w:val="0"/>
          <w:i w:val="0"/>
          <w:sz w:val="20"/>
        </w:rPr>
        <w:t>Moderate · 2–3 hrs · guided recommended — On nearby Nacula Island, steep mountain ridge trails lead through lush vegetation to viewpoints…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6:26AM–5:45PM · Jul 6:39AM–5:52PM · Sep 6:05AM–6:04PM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cruiseports.org/yasawa-island-fiji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Yasawa Island, Yasawa Islands, Fiji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yasawa-island-fij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Sawa-i-Lau Caves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Yasawairara Village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